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3D57FA" w14:textId="77777777" w:rsidR="00CE6A8E" w:rsidRDefault="00000000">
      <w:pPr>
        <w:spacing w:before="200" w:after="60"/>
      </w:pPr>
      <w:r>
        <w:rPr>
          <w:rFonts w:ascii="Aptos Display" w:hAnsi="Aptos Display"/>
          <w:b/>
          <w:color w:val="17458F"/>
          <w:sz w:val="48"/>
        </w:rPr>
        <w:t>WORLD POLIO TORCH RELAY</w:t>
      </w:r>
    </w:p>
    <w:p w14:paraId="0364E0E0" w14:textId="77777777" w:rsidR="00CE6A8E" w:rsidRDefault="00000000">
      <w:pPr>
        <w:spacing w:after="240"/>
      </w:pPr>
      <w:r>
        <w:rPr>
          <w:rFonts w:ascii="Aptos Display" w:hAnsi="Aptos Display"/>
          <w:b/>
          <w:color w:val="333333"/>
          <w:sz w:val="32"/>
        </w:rPr>
        <w:t>Radio PSA Outreach Plan &amp; Station Contact Guide</w:t>
      </w:r>
    </w:p>
    <w:p w14:paraId="501396B0" w14:textId="77777777" w:rsidR="00CE6A8E" w:rsidRDefault="00000000">
      <w:pPr>
        <w:spacing w:after="160"/>
      </w:pPr>
      <w:r>
        <w:rPr>
          <w:b/>
          <w:color w:val="17458F"/>
          <w:sz w:val="23"/>
        </w:rPr>
        <w:t>Includes Sonoma County, Napa County and the North Coast</w:t>
      </w:r>
    </w:p>
    <w:p w14:paraId="1A88C950" w14:textId="77777777" w:rsidR="00CE6A8E" w:rsidRDefault="00000000">
      <w:pPr>
        <w:spacing w:after="280"/>
      </w:pPr>
      <w:r>
        <w:rPr>
          <w:b/>
          <w:color w:val="667085"/>
        </w:rPr>
        <w:t>Rotary District 5130  |  Relay dates: October 2-24, 2026</w:t>
      </w:r>
    </w:p>
    <w:tbl>
      <w:tblPr>
        <w:tblW w:w="10187" w:type="dxa"/>
        <w:jc w:val="center"/>
        <w:tblLayout w:type="fixed"/>
        <w:tblLook w:val="04A0" w:firstRow="1" w:lastRow="0" w:firstColumn="1" w:lastColumn="0" w:noHBand="0" w:noVBand="1"/>
      </w:tblPr>
      <w:tblGrid>
        <w:gridCol w:w="10187"/>
      </w:tblGrid>
      <w:tr w:rsidR="00CE6A8E" w14:paraId="7B3299EE" w14:textId="77777777">
        <w:trPr>
          <w:cantSplit/>
          <w:jc w:val="center"/>
        </w:trPr>
        <w:tc>
          <w:tcPr>
            <w:tcW w:w="10187" w:type="dxa"/>
            <w:shd w:val="clear" w:color="auto" w:fill="EAF2F8"/>
            <w:tcMar>
              <w:top w:w="140" w:type="dxa"/>
              <w:left w:w="180" w:type="dxa"/>
              <w:bottom w:w="140" w:type="dxa"/>
              <w:right w:w="180" w:type="dxa"/>
            </w:tcMar>
          </w:tcPr>
          <w:p w14:paraId="0C9FC0B5" w14:textId="77777777" w:rsidR="00CE6A8E" w:rsidRDefault="00000000">
            <w:pPr>
              <w:keepLines/>
              <w:spacing w:after="60"/>
            </w:pPr>
            <w:r>
              <w:rPr>
                <w:b/>
                <w:color w:val="17458F"/>
              </w:rPr>
              <w:t>RECOMMENDATION</w:t>
            </w:r>
          </w:p>
          <w:p w14:paraId="67B08D88" w14:textId="77777777" w:rsidR="00CE6A8E" w:rsidRDefault="00000000">
            <w:pPr>
              <w:keepLines/>
              <w:spacing w:after="0"/>
            </w:pPr>
            <w:r>
              <w:t>Lead with free, educational PSAs and local interviews. Keep donation solicitation out of the on-air script unless a station explicitly approves it. Use paid underwriting only when a club needs guaranteed dates, frequency or listening times.</w:t>
            </w:r>
          </w:p>
        </w:tc>
      </w:tr>
    </w:tbl>
    <w:p w14:paraId="5F484582" w14:textId="77777777" w:rsidR="00CE6A8E" w:rsidRDefault="00000000">
      <w:pPr>
        <w:pStyle w:val="Heading1"/>
      </w:pPr>
      <w:r>
        <w:t>1. Cost and eligibility</w:t>
      </w:r>
    </w:p>
    <w:p w14:paraId="729F646A" w14:textId="77777777" w:rsidR="00CE6A8E" w:rsidRDefault="00000000">
      <w:pPr>
        <w:pStyle w:val="ListBullet"/>
      </w:pPr>
      <w:r>
        <w:t>A qualifying nonprofit PSA is normally aired without charge, but airtime, frequency and broadcast times are not guaranteed.</w:t>
      </w:r>
    </w:p>
    <w:p w14:paraId="67DC2EB1" w14:textId="77777777" w:rsidR="00CE6A8E" w:rsidRDefault="00000000">
      <w:pPr>
        <w:pStyle w:val="ListBullet"/>
      </w:pPr>
      <w:r>
        <w:t>Commercial stations may also provide free discretionary PSA inventory or community-calendar placement. A guaranteed campaign is advertising or underwriting and usually has a cost.</w:t>
      </w:r>
    </w:p>
    <w:p w14:paraId="04F823A1" w14:textId="77777777" w:rsidR="00CE6A8E" w:rsidRDefault="00000000">
      <w:pPr>
        <w:pStyle w:val="ListBullet"/>
      </w:pPr>
      <w:r>
        <w:t>A station may accept a public-health awareness message but reject a direct donation appeal. Prepare the educational announcement first and place donation information on the relay webpage.</w:t>
      </w:r>
    </w:p>
    <w:p w14:paraId="3E7B9D79" w14:textId="77777777" w:rsidR="00CE6A8E" w:rsidRDefault="00000000">
      <w:pPr>
        <w:pStyle w:val="ListBullet"/>
      </w:pPr>
      <w:r>
        <w:t>Be ready to provide proof of the submitting organization’s nonprofit/tax-exempt status. Confirm whether the submission should be made by District 5130, a local Rotary entity or an eligible charitable foundation.</w:t>
      </w:r>
    </w:p>
    <w:p w14:paraId="2754F776" w14:textId="77777777" w:rsidR="00CE6A8E" w:rsidRDefault="00000000">
      <w:pPr>
        <w:pStyle w:val="Heading1"/>
      </w:pPr>
      <w:r>
        <w:t>2. What to prepare before outreach</w:t>
      </w:r>
    </w:p>
    <w:p w14:paraId="01A62ECE" w14:textId="77777777" w:rsidR="00CE6A8E" w:rsidRDefault="00000000">
      <w:pPr>
        <w:pStyle w:val="ListBullet"/>
      </w:pPr>
      <w:r>
        <w:t>A concise pitch email from the District 5130 Public Image Chair.</w:t>
      </w:r>
    </w:p>
    <w:p w14:paraId="5F5E4C82" w14:textId="77777777" w:rsidR="00CE6A8E" w:rsidRDefault="00000000">
      <w:pPr>
        <w:pStyle w:val="ListBullet"/>
      </w:pPr>
      <w:r>
        <w:t>One districtwide 30-second awareness script and a shorter 15-second version.</w:t>
      </w:r>
    </w:p>
    <w:p w14:paraId="3FA9EF7E" w14:textId="77777777" w:rsidR="00CE6A8E" w:rsidRDefault="00000000">
      <w:pPr>
        <w:pStyle w:val="ListBullet"/>
      </w:pPr>
      <w:r>
        <w:t>A localized ending for each community: date, approximate time, handoff location, local club and contact.</w:t>
      </w:r>
    </w:p>
    <w:p w14:paraId="75559906" w14:textId="77777777" w:rsidR="00CE6A8E" w:rsidRDefault="00000000">
      <w:pPr>
        <w:pStyle w:val="ListBullet"/>
      </w:pPr>
      <w:r>
        <w:t>A one-page fact sheet: purpose, October 2-24 route, World Polio Day connection, spokespersons and web link.</w:t>
      </w:r>
    </w:p>
    <w:p w14:paraId="6FDC7CBA" w14:textId="77777777" w:rsidR="00CE6A8E" w:rsidRDefault="00000000">
      <w:pPr>
        <w:pStyle w:val="ListBullet"/>
      </w:pPr>
      <w:r>
        <w:t>Optional station-ready audio in MP3 and WAV formats, recorded cleanly and timed to the requested length.</w:t>
      </w:r>
    </w:p>
    <w:p w14:paraId="78A9EE04" w14:textId="77777777" w:rsidR="00CE6A8E" w:rsidRDefault="00000000">
      <w:pPr>
        <w:pStyle w:val="ListBullet"/>
      </w:pPr>
      <w:r>
        <w:t>A pronunciation guide and a single webpage/short URL that is easy to understand when heard on radio.</w:t>
      </w:r>
    </w:p>
    <w:p w14:paraId="2A1D18CC" w14:textId="77777777" w:rsidR="00CE6A8E" w:rsidRDefault="00000000">
      <w:pPr>
        <w:pStyle w:val="ListBullet"/>
      </w:pPr>
      <w:r>
        <w:t>Local interview availability, including the name and mobile number of one prepared Rotarian in each area.</w:t>
      </w:r>
    </w:p>
    <w:p w14:paraId="394D2200" w14:textId="77777777" w:rsidR="00CE6A8E" w:rsidRDefault="00000000">
      <w:pPr>
        <w:pStyle w:val="ListBullet"/>
      </w:pPr>
      <w:r>
        <w:t>Desired start and end dates for airing, plus immediate notification of any route or time changes.</w:t>
      </w:r>
    </w:p>
    <w:p w14:paraId="5F1E364F" w14:textId="77777777" w:rsidR="00CE6A8E" w:rsidRDefault="00000000">
      <w:pPr>
        <w:pStyle w:val="Heading1"/>
      </w:pPr>
      <w:r>
        <w:t>3. Recommended outreach schedule</w:t>
      </w:r>
    </w:p>
    <w:p w14:paraId="25166C83" w14:textId="77777777" w:rsidR="00CE6A8E" w:rsidRDefault="00000000">
      <w:pPr>
        <w:pStyle w:val="ListNumber"/>
      </w:pPr>
      <w:r>
        <w:t>By September 1: finalize the district script, route fact sheet, website and northern-community details.</w:t>
      </w:r>
    </w:p>
    <w:p w14:paraId="684DA212" w14:textId="77777777" w:rsidR="00CE6A8E" w:rsidRDefault="00000000">
      <w:pPr>
        <w:pStyle w:val="ListNumber"/>
      </w:pPr>
      <w:r>
        <w:t>September 1-4: submit Crescent City, Del Norte, Humboldt and Southern Humboldt materials.</w:t>
      </w:r>
    </w:p>
    <w:p w14:paraId="054F8D7F" w14:textId="77777777" w:rsidR="00CE6A8E" w:rsidRDefault="00000000">
      <w:pPr>
        <w:pStyle w:val="ListNumber"/>
      </w:pPr>
      <w:r>
        <w:t>September 7-11: submit Mendocino, Mendocino Coast, Gualala and Lake County materials.</w:t>
      </w:r>
    </w:p>
    <w:p w14:paraId="57F3E567" w14:textId="77777777" w:rsidR="00CE6A8E" w:rsidRDefault="00000000">
      <w:pPr>
        <w:pStyle w:val="ListNumber"/>
      </w:pPr>
      <w:r>
        <w:t>September 14-18: complete Sonoma submissions and interview pitching.</w:t>
      </w:r>
    </w:p>
    <w:p w14:paraId="42B476F6" w14:textId="77777777" w:rsidR="00CE6A8E" w:rsidRDefault="00000000">
      <w:pPr>
        <w:pStyle w:val="ListNumber"/>
      </w:pPr>
      <w:r>
        <w:t>No later than four weeks before Napa events: submit to KVYN/KVON; their published policy requests four weeks of lead time.</w:t>
      </w:r>
    </w:p>
    <w:p w14:paraId="20448D57" w14:textId="77777777" w:rsidR="00CE6A8E" w:rsidRDefault="00000000">
      <w:pPr>
        <w:pStyle w:val="ListNumber"/>
      </w:pPr>
      <w:r>
        <w:t>Seven days before each local handoff: send a brief confirmation and renew the interview offer.</w:t>
      </w:r>
    </w:p>
    <w:p w14:paraId="00EF1182" w14:textId="77777777" w:rsidR="00CE6A8E" w:rsidRDefault="00000000">
      <w:pPr>
        <w:pStyle w:val="Heading1"/>
      </w:pPr>
      <w:r>
        <w:lastRenderedPageBreak/>
        <w:t>4. Priority station contacts</w:t>
      </w:r>
    </w:p>
    <w:p w14:paraId="6E7F65F7" w14:textId="77777777" w:rsidR="00CE6A8E" w:rsidRDefault="00000000">
      <w:pPr>
        <w:spacing w:after="160"/>
      </w:pPr>
      <w:r>
        <w:t xml:space="preserve">Status key: </w:t>
      </w:r>
      <w:r>
        <w:rPr>
          <w:b/>
          <w:color w:val="1F7A4D"/>
        </w:rPr>
        <w:t xml:space="preserve">CONFIRMED FREE/COMMUNITY - </w:t>
      </w:r>
      <w:r>
        <w:t xml:space="preserve">published free/community service   </w:t>
      </w:r>
      <w:r>
        <w:rPr>
          <w:b/>
          <w:color w:val="17458F"/>
        </w:rPr>
        <w:t xml:space="preserve">CONFIRMED PSA SUBMISSION - </w:t>
      </w:r>
      <w:r>
        <w:t xml:space="preserve">published PSA intake; free placement remains discretionary   </w:t>
      </w:r>
      <w:r>
        <w:rPr>
          <w:b/>
          <w:color w:val="9A6700"/>
        </w:rPr>
        <w:t xml:space="preserve">LIKELY FREE / CONFIRM - </w:t>
      </w:r>
      <w:r>
        <w:t xml:space="preserve">noncommercial/community fit; current procedure should be confirmed   </w:t>
      </w:r>
      <w:r>
        <w:rPr>
          <w:b/>
          <w:color w:val="667085"/>
        </w:rPr>
        <w:t xml:space="preserve">ASK / DISCRETIONARY - </w:t>
      </w:r>
      <w:r>
        <w:t xml:space="preserve">commercial outlet; request consideration   </w:t>
      </w:r>
    </w:p>
    <w:tbl>
      <w:tblPr>
        <w:tblW w:w="10187" w:type="dxa"/>
        <w:jc w:val="center"/>
        <w:tblLayout w:type="fixed"/>
        <w:tblLook w:val="04A0" w:firstRow="1" w:lastRow="0" w:firstColumn="1" w:lastColumn="0" w:noHBand="0" w:noVBand="1"/>
      </w:tblPr>
      <w:tblGrid>
        <w:gridCol w:w="2500"/>
        <w:gridCol w:w="7687"/>
      </w:tblGrid>
      <w:tr w:rsidR="00CE6A8E" w14:paraId="49395E1C" w14:textId="77777777">
        <w:trPr>
          <w:cantSplit/>
          <w:jc w:val="center"/>
        </w:trPr>
        <w:tc>
          <w:tcPr>
            <w:tcW w:w="2500" w:type="dxa"/>
            <w:shd w:val="clear" w:color="auto" w:fill="17458F"/>
            <w:tcMar>
              <w:top w:w="105" w:type="dxa"/>
              <w:left w:w="125" w:type="dxa"/>
              <w:bottom w:w="105" w:type="dxa"/>
              <w:right w:w="125" w:type="dxa"/>
            </w:tcMar>
            <w:vAlign w:val="center"/>
          </w:tcPr>
          <w:p w14:paraId="2877A859" w14:textId="77777777" w:rsidR="00CE6A8E" w:rsidRDefault="00000000">
            <w:pPr>
              <w:keepNext/>
              <w:keepLines/>
            </w:pPr>
            <w:r>
              <w:rPr>
                <w:b/>
                <w:color w:val="FFFFFF"/>
                <w:sz w:val="18"/>
              </w:rPr>
              <w:t>DEL NORTE COUNTY / CRESCENT CITY</w:t>
            </w:r>
          </w:p>
        </w:tc>
        <w:tc>
          <w:tcPr>
            <w:tcW w:w="7687" w:type="dxa"/>
            <w:shd w:val="clear" w:color="auto" w:fill="17458F"/>
            <w:tcMar>
              <w:top w:w="105" w:type="dxa"/>
              <w:left w:w="125" w:type="dxa"/>
              <w:bottom w:w="105" w:type="dxa"/>
              <w:right w:w="125" w:type="dxa"/>
            </w:tcMar>
            <w:vAlign w:val="center"/>
          </w:tcPr>
          <w:p w14:paraId="118227B1" w14:textId="77777777" w:rsidR="00CE6A8E" w:rsidRDefault="00000000">
            <w:pPr>
              <w:keepNext/>
              <w:keepLines/>
            </w:pPr>
            <w:r>
              <w:rPr>
                <w:b/>
                <w:color w:val="FFFFFF"/>
              </w:rPr>
              <w:t>KFUG-LP 101.1 FM Community Radio</w:t>
            </w:r>
          </w:p>
        </w:tc>
      </w:tr>
      <w:tr w:rsidR="00CE6A8E" w14:paraId="5984C970" w14:textId="77777777">
        <w:trPr>
          <w:cantSplit/>
          <w:jc w:val="center"/>
        </w:trPr>
        <w:tc>
          <w:tcPr>
            <w:tcW w:w="2500" w:type="dxa"/>
            <w:shd w:val="clear" w:color="auto" w:fill="F3F5F7"/>
            <w:tcMar>
              <w:top w:w="105" w:type="dxa"/>
              <w:left w:w="125" w:type="dxa"/>
              <w:bottom w:w="105" w:type="dxa"/>
              <w:right w:w="125" w:type="dxa"/>
            </w:tcMar>
            <w:vAlign w:val="center"/>
          </w:tcPr>
          <w:p w14:paraId="38DC237A"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7049C7D9" w14:textId="77777777" w:rsidR="00CE6A8E" w:rsidRDefault="00000000">
            <w:pPr>
              <w:keepNext/>
              <w:keepLines/>
              <w:spacing w:after="0"/>
            </w:pPr>
            <w:r>
              <w:t>PSA/community updates: pcritz@yahoo.com</w:t>
            </w:r>
            <w:r>
              <w:br/>
              <w:t>Office: (707) 954-5381</w:t>
            </w:r>
            <w:r>
              <w:br/>
              <w:t>Studio: (707) 460-6100</w:t>
            </w:r>
            <w:r>
              <w:br/>
              <w:t>kfugradio.org/contact</w:t>
            </w:r>
          </w:p>
        </w:tc>
      </w:tr>
      <w:tr w:rsidR="00CE6A8E" w14:paraId="3F180CC7" w14:textId="77777777">
        <w:trPr>
          <w:cantSplit/>
          <w:jc w:val="center"/>
        </w:trPr>
        <w:tc>
          <w:tcPr>
            <w:tcW w:w="2500" w:type="dxa"/>
            <w:shd w:val="clear" w:color="auto" w:fill="F3F5F7"/>
            <w:tcMar>
              <w:top w:w="105" w:type="dxa"/>
              <w:left w:w="125" w:type="dxa"/>
              <w:bottom w:w="105" w:type="dxa"/>
              <w:right w:w="125" w:type="dxa"/>
            </w:tcMar>
            <w:vAlign w:val="center"/>
          </w:tcPr>
          <w:p w14:paraId="5630C665"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2838026F" w14:textId="77777777" w:rsidR="00CE6A8E" w:rsidRDefault="00000000">
            <w:pPr>
              <w:keepLines/>
              <w:spacing w:after="40"/>
            </w:pPr>
            <w:r>
              <w:rPr>
                <w:b/>
                <w:color w:val="1F7A4D"/>
              </w:rPr>
              <w:t>CONFIRMED FREE/COMMUNITY</w:t>
            </w:r>
          </w:p>
          <w:p w14:paraId="07C22BD4" w14:textId="77777777" w:rsidR="00CE6A8E" w:rsidRDefault="00000000">
            <w:pPr>
              <w:keepLines/>
              <w:spacing w:after="0"/>
            </w:pPr>
            <w:r>
              <w:t>501(c)(3) nonprofit community station. Its contact page specifically invites events, news, PSAs and community updates. Ask about a short interview as well as the PSA.</w:t>
            </w:r>
          </w:p>
        </w:tc>
      </w:tr>
    </w:tbl>
    <w:p w14:paraId="18AF00F1"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1F5AE0CD" w14:textId="77777777">
        <w:trPr>
          <w:cantSplit/>
          <w:jc w:val="center"/>
        </w:trPr>
        <w:tc>
          <w:tcPr>
            <w:tcW w:w="2500" w:type="dxa"/>
            <w:shd w:val="clear" w:color="auto" w:fill="17458F"/>
            <w:tcMar>
              <w:top w:w="105" w:type="dxa"/>
              <w:left w:w="125" w:type="dxa"/>
              <w:bottom w:w="105" w:type="dxa"/>
              <w:right w:w="125" w:type="dxa"/>
            </w:tcMar>
            <w:vAlign w:val="center"/>
          </w:tcPr>
          <w:p w14:paraId="0CC3DE71" w14:textId="77777777" w:rsidR="00CE6A8E" w:rsidRDefault="00000000">
            <w:pPr>
              <w:keepNext/>
              <w:keepLines/>
            </w:pPr>
            <w:r>
              <w:rPr>
                <w:b/>
                <w:color w:val="FFFFFF"/>
                <w:sz w:val="18"/>
              </w:rPr>
              <w:t>DEL NORTE COUNTY / CRESCENT CITY</w:t>
            </w:r>
          </w:p>
        </w:tc>
        <w:tc>
          <w:tcPr>
            <w:tcW w:w="7687" w:type="dxa"/>
            <w:shd w:val="clear" w:color="auto" w:fill="17458F"/>
            <w:tcMar>
              <w:top w:w="105" w:type="dxa"/>
              <w:left w:w="125" w:type="dxa"/>
              <w:bottom w:w="105" w:type="dxa"/>
              <w:right w:w="125" w:type="dxa"/>
            </w:tcMar>
            <w:vAlign w:val="center"/>
          </w:tcPr>
          <w:p w14:paraId="51395411" w14:textId="77777777" w:rsidR="00CE6A8E" w:rsidRDefault="00000000">
            <w:pPr>
              <w:keepNext/>
              <w:keepLines/>
            </w:pPr>
            <w:r>
              <w:rPr>
                <w:b/>
                <w:color w:val="FFFFFF"/>
              </w:rPr>
              <w:t>KCRE 94.3 FM and KPOD 97.9 FM / 1240 AM</w:t>
            </w:r>
          </w:p>
        </w:tc>
      </w:tr>
      <w:tr w:rsidR="00CE6A8E" w14:paraId="756864BC" w14:textId="77777777">
        <w:trPr>
          <w:cantSplit/>
          <w:jc w:val="center"/>
        </w:trPr>
        <w:tc>
          <w:tcPr>
            <w:tcW w:w="2500" w:type="dxa"/>
            <w:shd w:val="clear" w:color="auto" w:fill="F3F5F7"/>
            <w:tcMar>
              <w:top w:w="105" w:type="dxa"/>
              <w:left w:w="125" w:type="dxa"/>
              <w:bottom w:w="105" w:type="dxa"/>
              <w:right w:w="125" w:type="dxa"/>
            </w:tcMar>
            <w:vAlign w:val="center"/>
          </w:tcPr>
          <w:p w14:paraId="7C6EDD07"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44225D77" w14:textId="77777777" w:rsidR="00CE6A8E" w:rsidRDefault="00000000">
            <w:pPr>
              <w:keepNext/>
              <w:keepLines/>
              <w:spacing w:after="0"/>
            </w:pPr>
            <w:r>
              <w:t>Main office: (707) 464-9561</w:t>
            </w:r>
            <w:r>
              <w:br/>
              <w:t>KCRE/KPOD business line listed: (541) 204-6200</w:t>
            </w:r>
            <w:r>
              <w:br/>
              <w:t>kcrefm.com | kpodfm.com</w:t>
            </w:r>
          </w:p>
        </w:tc>
      </w:tr>
      <w:tr w:rsidR="00CE6A8E" w14:paraId="10148632" w14:textId="77777777">
        <w:trPr>
          <w:cantSplit/>
          <w:jc w:val="center"/>
        </w:trPr>
        <w:tc>
          <w:tcPr>
            <w:tcW w:w="2500" w:type="dxa"/>
            <w:shd w:val="clear" w:color="auto" w:fill="F3F5F7"/>
            <w:tcMar>
              <w:top w:w="105" w:type="dxa"/>
              <w:left w:w="125" w:type="dxa"/>
              <w:bottom w:w="105" w:type="dxa"/>
              <w:right w:w="125" w:type="dxa"/>
            </w:tcMar>
            <w:vAlign w:val="center"/>
          </w:tcPr>
          <w:p w14:paraId="40ED7D94"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71F76536" w14:textId="77777777" w:rsidR="00CE6A8E" w:rsidRDefault="00000000">
            <w:pPr>
              <w:keepLines/>
              <w:spacing w:after="40"/>
            </w:pPr>
            <w:r>
              <w:rPr>
                <w:b/>
                <w:color w:val="667085"/>
              </w:rPr>
              <w:t>ASK / DISCRETIONARY</w:t>
            </w:r>
          </w:p>
          <w:p w14:paraId="3AF2CFA3" w14:textId="77777777" w:rsidR="00CE6A8E" w:rsidRDefault="00000000">
            <w:pPr>
              <w:keepLines/>
              <w:spacing w:after="0"/>
            </w:pPr>
            <w:r>
              <w:t>Commercial Bicoastal Media stations. Ask for free PSA consideration, community-calendar placement and a morning-show interview. Guaranteed airtime would normally be paid.</w:t>
            </w:r>
          </w:p>
        </w:tc>
      </w:tr>
    </w:tbl>
    <w:p w14:paraId="7E6CE7CE"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48B2BFC6" w14:textId="77777777">
        <w:trPr>
          <w:cantSplit/>
          <w:jc w:val="center"/>
        </w:trPr>
        <w:tc>
          <w:tcPr>
            <w:tcW w:w="2500" w:type="dxa"/>
            <w:shd w:val="clear" w:color="auto" w:fill="17458F"/>
            <w:tcMar>
              <w:top w:w="105" w:type="dxa"/>
              <w:left w:w="125" w:type="dxa"/>
              <w:bottom w:w="105" w:type="dxa"/>
              <w:right w:w="125" w:type="dxa"/>
            </w:tcMar>
            <w:vAlign w:val="center"/>
          </w:tcPr>
          <w:p w14:paraId="3305BA28" w14:textId="77777777" w:rsidR="00CE6A8E" w:rsidRDefault="00000000">
            <w:pPr>
              <w:keepNext/>
              <w:keepLines/>
            </w:pPr>
            <w:r>
              <w:rPr>
                <w:b/>
                <w:color w:val="FFFFFF"/>
                <w:sz w:val="18"/>
              </w:rPr>
              <w:t>HUMBOLDT COUNTY</w:t>
            </w:r>
          </w:p>
        </w:tc>
        <w:tc>
          <w:tcPr>
            <w:tcW w:w="7687" w:type="dxa"/>
            <w:shd w:val="clear" w:color="auto" w:fill="17458F"/>
            <w:tcMar>
              <w:top w:w="105" w:type="dxa"/>
              <w:left w:w="125" w:type="dxa"/>
              <w:bottom w:w="105" w:type="dxa"/>
              <w:right w:w="125" w:type="dxa"/>
            </w:tcMar>
            <w:vAlign w:val="center"/>
          </w:tcPr>
          <w:p w14:paraId="7DC34ECB" w14:textId="77777777" w:rsidR="00CE6A8E" w:rsidRDefault="00000000">
            <w:pPr>
              <w:keepNext/>
              <w:keepLines/>
            </w:pPr>
            <w:r>
              <w:rPr>
                <w:b/>
                <w:color w:val="FFFFFF"/>
              </w:rPr>
              <w:t>Bicoastal Media Humboldt: KRED 92.3, ESPN 1340, KGOE 1480, KKHB 105.5, KFMI 96.3</w:t>
            </w:r>
          </w:p>
        </w:tc>
      </w:tr>
      <w:tr w:rsidR="00CE6A8E" w14:paraId="48D4C777" w14:textId="77777777">
        <w:trPr>
          <w:cantSplit/>
          <w:jc w:val="center"/>
        </w:trPr>
        <w:tc>
          <w:tcPr>
            <w:tcW w:w="2500" w:type="dxa"/>
            <w:shd w:val="clear" w:color="auto" w:fill="F3F5F7"/>
            <w:tcMar>
              <w:top w:w="105" w:type="dxa"/>
              <w:left w:w="125" w:type="dxa"/>
              <w:bottom w:w="105" w:type="dxa"/>
              <w:right w:w="125" w:type="dxa"/>
            </w:tcMar>
            <w:vAlign w:val="center"/>
          </w:tcPr>
          <w:p w14:paraId="0C73FCB4"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58B23CD6" w14:textId="77777777" w:rsidR="00CE6A8E" w:rsidRDefault="00000000">
            <w:pPr>
              <w:keepNext/>
              <w:keepLines/>
              <w:spacing w:after="0"/>
            </w:pPr>
            <w:r>
              <w:t>eurekapsa@bicoastalmedia.com</w:t>
            </w:r>
            <w:r>
              <w:br/>
              <w:t>Subject: PSA submission</w:t>
            </w:r>
            <w:r>
              <w:br/>
              <w:t>(707) 442-2000</w:t>
            </w:r>
            <w:r>
              <w:br/>
              <w:t>bicoastal.media/eureka</w:t>
            </w:r>
          </w:p>
        </w:tc>
      </w:tr>
      <w:tr w:rsidR="00CE6A8E" w14:paraId="5E2D7C91" w14:textId="77777777">
        <w:trPr>
          <w:cantSplit/>
          <w:jc w:val="center"/>
        </w:trPr>
        <w:tc>
          <w:tcPr>
            <w:tcW w:w="2500" w:type="dxa"/>
            <w:shd w:val="clear" w:color="auto" w:fill="F3F5F7"/>
            <w:tcMar>
              <w:top w:w="105" w:type="dxa"/>
              <w:left w:w="125" w:type="dxa"/>
              <w:bottom w:w="105" w:type="dxa"/>
              <w:right w:w="125" w:type="dxa"/>
            </w:tcMar>
            <w:vAlign w:val="center"/>
          </w:tcPr>
          <w:p w14:paraId="25F50563"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43DC62AF" w14:textId="77777777" w:rsidR="00CE6A8E" w:rsidRDefault="00000000">
            <w:pPr>
              <w:keepLines/>
              <w:spacing w:after="40"/>
            </w:pPr>
            <w:r>
              <w:rPr>
                <w:b/>
                <w:color w:val="17458F"/>
              </w:rPr>
              <w:t>CONFIRMED PSA SUBMISSION</w:t>
            </w:r>
          </w:p>
          <w:p w14:paraId="78C2A47E" w14:textId="77777777" w:rsidR="00CE6A8E" w:rsidRDefault="00000000">
            <w:pPr>
              <w:keepLines/>
              <w:spacing w:after="0"/>
            </w:pPr>
            <w:r>
              <w:t>Commercial station group with a published PSA submission route. Free placement is discretionary and not guaranteed; one submission can potentially reach multiple formats.</w:t>
            </w:r>
          </w:p>
        </w:tc>
      </w:tr>
    </w:tbl>
    <w:p w14:paraId="1210BE31" w14:textId="77777777" w:rsidR="00CE6A8E" w:rsidRDefault="00000000">
      <w:pPr>
        <w:keepNext/>
        <w:spacing w:after="60"/>
      </w:pPr>
      <w:r>
        <w:rPr>
          <w:color w:val="FFFFFF"/>
          <w:sz w:val="4"/>
        </w:rPr>
        <w:lastRenderedPageBreak/>
        <w:t> </w:t>
      </w:r>
    </w:p>
    <w:tbl>
      <w:tblPr>
        <w:tblW w:w="10187" w:type="dxa"/>
        <w:jc w:val="center"/>
        <w:tblLayout w:type="fixed"/>
        <w:tblLook w:val="04A0" w:firstRow="1" w:lastRow="0" w:firstColumn="1" w:lastColumn="0" w:noHBand="0" w:noVBand="1"/>
      </w:tblPr>
      <w:tblGrid>
        <w:gridCol w:w="2500"/>
        <w:gridCol w:w="7687"/>
      </w:tblGrid>
      <w:tr w:rsidR="00CE6A8E" w14:paraId="44BF8E79" w14:textId="77777777">
        <w:trPr>
          <w:cantSplit/>
          <w:jc w:val="center"/>
        </w:trPr>
        <w:tc>
          <w:tcPr>
            <w:tcW w:w="2500" w:type="dxa"/>
            <w:shd w:val="clear" w:color="auto" w:fill="17458F"/>
            <w:tcMar>
              <w:top w:w="105" w:type="dxa"/>
              <w:left w:w="125" w:type="dxa"/>
              <w:bottom w:w="105" w:type="dxa"/>
              <w:right w:w="125" w:type="dxa"/>
            </w:tcMar>
            <w:vAlign w:val="center"/>
          </w:tcPr>
          <w:p w14:paraId="275D066A" w14:textId="77777777" w:rsidR="00CE6A8E" w:rsidRDefault="00000000">
            <w:pPr>
              <w:keepNext/>
              <w:keepLines/>
            </w:pPr>
            <w:r>
              <w:rPr>
                <w:b/>
                <w:color w:val="FFFFFF"/>
                <w:sz w:val="18"/>
              </w:rPr>
              <w:t>HUMBOLDT COUNTY</w:t>
            </w:r>
          </w:p>
        </w:tc>
        <w:tc>
          <w:tcPr>
            <w:tcW w:w="7687" w:type="dxa"/>
            <w:shd w:val="clear" w:color="auto" w:fill="17458F"/>
            <w:tcMar>
              <w:top w:w="105" w:type="dxa"/>
              <w:left w:w="125" w:type="dxa"/>
              <w:bottom w:w="105" w:type="dxa"/>
              <w:right w:w="125" w:type="dxa"/>
            </w:tcMar>
            <w:vAlign w:val="center"/>
          </w:tcPr>
          <w:p w14:paraId="36CBD538" w14:textId="77777777" w:rsidR="00CE6A8E" w:rsidRDefault="00000000">
            <w:pPr>
              <w:keepNext/>
              <w:keepLines/>
            </w:pPr>
            <w:r>
              <w:rPr>
                <w:b/>
                <w:color w:val="FFFFFF"/>
              </w:rPr>
              <w:t>Lost Coast Communications: KHUM 104.7, KWPT 100.3 and affiliated stations</w:t>
            </w:r>
          </w:p>
        </w:tc>
      </w:tr>
      <w:tr w:rsidR="00CE6A8E" w14:paraId="6A8B324D" w14:textId="77777777">
        <w:trPr>
          <w:cantSplit/>
          <w:jc w:val="center"/>
        </w:trPr>
        <w:tc>
          <w:tcPr>
            <w:tcW w:w="2500" w:type="dxa"/>
            <w:shd w:val="clear" w:color="auto" w:fill="F3F5F7"/>
            <w:tcMar>
              <w:top w:w="105" w:type="dxa"/>
              <w:left w:w="125" w:type="dxa"/>
              <w:bottom w:w="105" w:type="dxa"/>
              <w:right w:w="125" w:type="dxa"/>
            </w:tcMar>
            <w:vAlign w:val="center"/>
          </w:tcPr>
          <w:p w14:paraId="03C99C97"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6888FE28" w14:textId="77777777" w:rsidR="00CE6A8E" w:rsidRDefault="00000000">
            <w:pPr>
              <w:keepNext/>
              <w:keepLines/>
              <w:spacing w:after="0"/>
            </w:pPr>
            <w:r>
              <w:t>khumpsa@gmail.com</w:t>
            </w:r>
            <w:r>
              <w:br/>
              <w:t>(707) 786-5104</w:t>
            </w:r>
            <w:r>
              <w:br/>
              <w:t>lostcoastcommunications.com/psa</w:t>
            </w:r>
          </w:p>
        </w:tc>
      </w:tr>
      <w:tr w:rsidR="00CE6A8E" w14:paraId="5BA2FB47" w14:textId="77777777">
        <w:trPr>
          <w:cantSplit/>
          <w:jc w:val="center"/>
        </w:trPr>
        <w:tc>
          <w:tcPr>
            <w:tcW w:w="2500" w:type="dxa"/>
            <w:shd w:val="clear" w:color="auto" w:fill="F3F5F7"/>
            <w:tcMar>
              <w:top w:w="105" w:type="dxa"/>
              <w:left w:w="125" w:type="dxa"/>
              <w:bottom w:w="105" w:type="dxa"/>
              <w:right w:w="125" w:type="dxa"/>
            </w:tcMar>
            <w:vAlign w:val="center"/>
          </w:tcPr>
          <w:p w14:paraId="791591C8"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4B868F61" w14:textId="77777777" w:rsidR="00CE6A8E" w:rsidRDefault="00000000">
            <w:pPr>
              <w:keepLines/>
              <w:spacing w:after="40"/>
            </w:pPr>
            <w:r>
              <w:rPr>
                <w:b/>
                <w:color w:val="17458F"/>
              </w:rPr>
              <w:t>CONFIRMED PSA SUBMISSION</w:t>
            </w:r>
          </w:p>
          <w:p w14:paraId="04376178" w14:textId="77777777" w:rsidR="00CE6A8E" w:rsidRDefault="00000000">
            <w:pPr>
              <w:keepLines/>
              <w:spacing w:after="0"/>
            </w:pPr>
            <w:r>
              <w:t>Accepts a written script or a self-recorded MP3/WAV, 30 seconds or less. Studio recording may be available with at least three days' notice. Placement remains subject to station approval.</w:t>
            </w:r>
          </w:p>
        </w:tc>
      </w:tr>
    </w:tbl>
    <w:p w14:paraId="168EC5F6"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7A1D0F5F" w14:textId="77777777">
        <w:trPr>
          <w:cantSplit/>
          <w:jc w:val="center"/>
        </w:trPr>
        <w:tc>
          <w:tcPr>
            <w:tcW w:w="2500" w:type="dxa"/>
            <w:shd w:val="clear" w:color="auto" w:fill="17458F"/>
            <w:tcMar>
              <w:top w:w="105" w:type="dxa"/>
              <w:left w:w="125" w:type="dxa"/>
              <w:bottom w:w="105" w:type="dxa"/>
              <w:right w:w="125" w:type="dxa"/>
            </w:tcMar>
            <w:vAlign w:val="center"/>
          </w:tcPr>
          <w:p w14:paraId="7E4D28CF" w14:textId="77777777" w:rsidR="00CE6A8E" w:rsidRDefault="00000000">
            <w:pPr>
              <w:keepNext/>
              <w:keepLines/>
            </w:pPr>
            <w:r>
              <w:rPr>
                <w:b/>
                <w:color w:val="FFFFFF"/>
                <w:sz w:val="18"/>
              </w:rPr>
              <w:t>SOUTHERN HUMBOLDT / GARBERVILLE</w:t>
            </w:r>
          </w:p>
        </w:tc>
        <w:tc>
          <w:tcPr>
            <w:tcW w:w="7687" w:type="dxa"/>
            <w:shd w:val="clear" w:color="auto" w:fill="17458F"/>
            <w:tcMar>
              <w:top w:w="105" w:type="dxa"/>
              <w:left w:w="125" w:type="dxa"/>
              <w:bottom w:w="105" w:type="dxa"/>
              <w:right w:w="125" w:type="dxa"/>
            </w:tcMar>
            <w:vAlign w:val="center"/>
          </w:tcPr>
          <w:p w14:paraId="7123811C" w14:textId="77777777" w:rsidR="00CE6A8E" w:rsidRDefault="00000000">
            <w:pPr>
              <w:keepNext/>
              <w:keepLines/>
            </w:pPr>
            <w:r>
              <w:rPr>
                <w:b/>
                <w:color w:val="FFFFFF"/>
              </w:rPr>
              <w:t>KMUD Redwood Community Radio 91.1 FM (plus regional signals)</w:t>
            </w:r>
          </w:p>
        </w:tc>
      </w:tr>
      <w:tr w:rsidR="00CE6A8E" w14:paraId="072AD23E" w14:textId="77777777">
        <w:trPr>
          <w:cantSplit/>
          <w:jc w:val="center"/>
        </w:trPr>
        <w:tc>
          <w:tcPr>
            <w:tcW w:w="2500" w:type="dxa"/>
            <w:shd w:val="clear" w:color="auto" w:fill="F3F5F7"/>
            <w:tcMar>
              <w:top w:w="105" w:type="dxa"/>
              <w:left w:w="125" w:type="dxa"/>
              <w:bottom w:w="105" w:type="dxa"/>
              <w:right w:w="125" w:type="dxa"/>
            </w:tcMar>
            <w:vAlign w:val="center"/>
          </w:tcPr>
          <w:p w14:paraId="47E3A79F"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03A25F33" w14:textId="77777777" w:rsidR="00CE6A8E" w:rsidRDefault="00000000">
            <w:pPr>
              <w:keepNext/>
              <w:keepLines/>
              <w:spacing w:after="0"/>
            </w:pPr>
            <w:r>
              <w:t>psa@kmud.org</w:t>
            </w:r>
            <w:r>
              <w:br/>
              <w:t>News: news@kmud.org</w:t>
            </w:r>
            <w:r>
              <w:br/>
              <w:t>kmud.org/community/public-service-announcement-psa</w:t>
            </w:r>
          </w:p>
        </w:tc>
      </w:tr>
      <w:tr w:rsidR="00CE6A8E" w14:paraId="298C1358" w14:textId="77777777">
        <w:trPr>
          <w:cantSplit/>
          <w:jc w:val="center"/>
        </w:trPr>
        <w:tc>
          <w:tcPr>
            <w:tcW w:w="2500" w:type="dxa"/>
            <w:shd w:val="clear" w:color="auto" w:fill="F3F5F7"/>
            <w:tcMar>
              <w:top w:w="105" w:type="dxa"/>
              <w:left w:w="125" w:type="dxa"/>
              <w:bottom w:w="105" w:type="dxa"/>
              <w:right w:w="125" w:type="dxa"/>
            </w:tcMar>
            <w:vAlign w:val="center"/>
          </w:tcPr>
          <w:p w14:paraId="10D0362B"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1EBAD874" w14:textId="77777777" w:rsidR="00CE6A8E" w:rsidRDefault="00000000">
            <w:pPr>
              <w:keepLines/>
              <w:spacing w:after="40"/>
            </w:pPr>
            <w:r>
              <w:rPr>
                <w:b/>
                <w:color w:val="1F7A4D"/>
              </w:rPr>
              <w:t>CONFIRMED FREE/COMMUNITY</w:t>
            </w:r>
          </w:p>
          <w:p w14:paraId="010EA2E6" w14:textId="77777777" w:rsidR="00CE6A8E" w:rsidRDefault="00000000">
            <w:pPr>
              <w:keepLines/>
              <w:spacing w:after="0"/>
            </w:pPr>
            <w:r>
              <w:t>Noncommercial community radio. PSAs are generally under 30 seconds and may air daily for no more than two weeks. Do not mention price or cost; direct listeners to information instead.</w:t>
            </w:r>
          </w:p>
        </w:tc>
      </w:tr>
    </w:tbl>
    <w:p w14:paraId="7DCEDCE0" w14:textId="77777777" w:rsidR="00CE6A8E" w:rsidRDefault="00000000">
      <w:r>
        <w:br w:type="page"/>
      </w:r>
    </w:p>
    <w:p w14:paraId="03FC74C7" w14:textId="77777777" w:rsidR="00CE6A8E" w:rsidRDefault="00000000">
      <w:pPr>
        <w:keepNext/>
        <w:spacing w:after="60"/>
      </w:pPr>
      <w:r>
        <w:rPr>
          <w:color w:val="FFFFFF"/>
          <w:sz w:val="4"/>
        </w:rPr>
        <w:lastRenderedPageBreak/>
        <w:t> </w:t>
      </w:r>
    </w:p>
    <w:tbl>
      <w:tblPr>
        <w:tblW w:w="10187" w:type="dxa"/>
        <w:jc w:val="center"/>
        <w:tblLayout w:type="fixed"/>
        <w:tblLook w:val="04A0" w:firstRow="1" w:lastRow="0" w:firstColumn="1" w:lastColumn="0" w:noHBand="0" w:noVBand="1"/>
      </w:tblPr>
      <w:tblGrid>
        <w:gridCol w:w="2500"/>
        <w:gridCol w:w="7687"/>
      </w:tblGrid>
      <w:tr w:rsidR="00CE6A8E" w14:paraId="10CFB49D" w14:textId="77777777">
        <w:trPr>
          <w:cantSplit/>
          <w:jc w:val="center"/>
        </w:trPr>
        <w:tc>
          <w:tcPr>
            <w:tcW w:w="2500" w:type="dxa"/>
            <w:shd w:val="clear" w:color="auto" w:fill="17458F"/>
            <w:tcMar>
              <w:top w:w="105" w:type="dxa"/>
              <w:left w:w="125" w:type="dxa"/>
              <w:bottom w:w="105" w:type="dxa"/>
              <w:right w:w="125" w:type="dxa"/>
            </w:tcMar>
            <w:vAlign w:val="center"/>
          </w:tcPr>
          <w:p w14:paraId="0718A7AD" w14:textId="77777777" w:rsidR="00CE6A8E" w:rsidRDefault="00000000">
            <w:pPr>
              <w:keepNext/>
              <w:keepLines/>
            </w:pPr>
            <w:r>
              <w:rPr>
                <w:b/>
                <w:color w:val="FFFFFF"/>
                <w:sz w:val="18"/>
              </w:rPr>
              <w:t>MENDOCINO COUNTY / UKIAH / WILLITS / FORT BRAGG</w:t>
            </w:r>
          </w:p>
        </w:tc>
        <w:tc>
          <w:tcPr>
            <w:tcW w:w="7687" w:type="dxa"/>
            <w:shd w:val="clear" w:color="auto" w:fill="17458F"/>
            <w:tcMar>
              <w:top w:w="105" w:type="dxa"/>
              <w:left w:w="125" w:type="dxa"/>
              <w:bottom w:w="105" w:type="dxa"/>
              <w:right w:w="125" w:type="dxa"/>
            </w:tcMar>
            <w:vAlign w:val="center"/>
          </w:tcPr>
          <w:p w14:paraId="57E53FDC" w14:textId="77777777" w:rsidR="00CE6A8E" w:rsidRDefault="00000000">
            <w:pPr>
              <w:keepNext/>
              <w:keepLines/>
            </w:pPr>
            <w:r>
              <w:rPr>
                <w:b/>
                <w:color w:val="FFFFFF"/>
              </w:rPr>
              <w:t>KZYX 90.7, KZYZ 91.5 and 88.1 Fort Bragg translator</w:t>
            </w:r>
          </w:p>
        </w:tc>
      </w:tr>
      <w:tr w:rsidR="00CE6A8E" w14:paraId="09947B02" w14:textId="77777777">
        <w:trPr>
          <w:cantSplit/>
          <w:jc w:val="center"/>
        </w:trPr>
        <w:tc>
          <w:tcPr>
            <w:tcW w:w="2500" w:type="dxa"/>
            <w:shd w:val="clear" w:color="auto" w:fill="F3F5F7"/>
            <w:tcMar>
              <w:top w:w="105" w:type="dxa"/>
              <w:left w:w="125" w:type="dxa"/>
              <w:bottom w:w="105" w:type="dxa"/>
              <w:right w:w="125" w:type="dxa"/>
            </w:tcMar>
            <w:vAlign w:val="center"/>
          </w:tcPr>
          <w:p w14:paraId="0B50AEC6"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314D9D33" w14:textId="77777777" w:rsidR="00CE6A8E" w:rsidRDefault="00000000">
            <w:pPr>
              <w:keepNext/>
              <w:keepLines/>
              <w:spacing w:after="0"/>
            </w:pPr>
            <w:r>
              <w:t>info@kzyx.org</w:t>
            </w:r>
            <w:r>
              <w:br/>
              <w:t>Subject: PSA Submission</w:t>
            </w:r>
            <w:r>
              <w:br/>
              <w:t>(707) 895-2324</w:t>
            </w:r>
            <w:r>
              <w:br/>
              <w:t>kzyx.org/community-calendar/events/create</w:t>
            </w:r>
          </w:p>
        </w:tc>
      </w:tr>
      <w:tr w:rsidR="00CE6A8E" w14:paraId="5A22D48E" w14:textId="77777777">
        <w:trPr>
          <w:cantSplit/>
          <w:jc w:val="center"/>
        </w:trPr>
        <w:tc>
          <w:tcPr>
            <w:tcW w:w="2500" w:type="dxa"/>
            <w:shd w:val="clear" w:color="auto" w:fill="F3F5F7"/>
            <w:tcMar>
              <w:top w:w="105" w:type="dxa"/>
              <w:left w:w="125" w:type="dxa"/>
              <w:bottom w:w="105" w:type="dxa"/>
              <w:right w:w="125" w:type="dxa"/>
            </w:tcMar>
            <w:vAlign w:val="center"/>
          </w:tcPr>
          <w:p w14:paraId="203FA829"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4522FBB8" w14:textId="77777777" w:rsidR="00CE6A8E" w:rsidRDefault="00000000">
            <w:pPr>
              <w:keepLines/>
              <w:spacing w:after="40"/>
            </w:pPr>
            <w:r>
              <w:rPr>
                <w:b/>
                <w:color w:val="1F7A4D"/>
              </w:rPr>
              <w:t>CONFIRMED FREE/COMMUNITY</w:t>
            </w:r>
          </w:p>
          <w:p w14:paraId="6A1F9EFA" w14:textId="77777777" w:rsidR="00CE6A8E" w:rsidRDefault="00000000">
            <w:pPr>
              <w:keepLines/>
              <w:spacing w:after="0"/>
            </w:pPr>
            <w:r>
              <w:t>501(c)(3) public radio network. Event listings should be submitted at least two weeks ahead; general public-health PSAs may be submitted by email. Ask whether the relay is best handled as both a PSA and calendar event.</w:t>
            </w:r>
          </w:p>
        </w:tc>
      </w:tr>
    </w:tbl>
    <w:p w14:paraId="05412F78"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047919E7" w14:textId="77777777">
        <w:trPr>
          <w:cantSplit/>
          <w:jc w:val="center"/>
        </w:trPr>
        <w:tc>
          <w:tcPr>
            <w:tcW w:w="2500" w:type="dxa"/>
            <w:shd w:val="clear" w:color="auto" w:fill="17458F"/>
            <w:tcMar>
              <w:top w:w="105" w:type="dxa"/>
              <w:left w:w="125" w:type="dxa"/>
              <w:bottom w:w="105" w:type="dxa"/>
              <w:right w:w="125" w:type="dxa"/>
            </w:tcMar>
            <w:vAlign w:val="center"/>
          </w:tcPr>
          <w:p w14:paraId="30C6C6F1" w14:textId="77777777" w:rsidR="00CE6A8E" w:rsidRDefault="00000000">
            <w:pPr>
              <w:keepNext/>
              <w:keepLines/>
            </w:pPr>
            <w:r>
              <w:rPr>
                <w:b/>
                <w:color w:val="FFFFFF"/>
                <w:sz w:val="18"/>
              </w:rPr>
              <w:t>MENDOCINO COAST / FORT BRAGG</w:t>
            </w:r>
          </w:p>
        </w:tc>
        <w:tc>
          <w:tcPr>
            <w:tcW w:w="7687" w:type="dxa"/>
            <w:shd w:val="clear" w:color="auto" w:fill="17458F"/>
            <w:tcMar>
              <w:top w:w="105" w:type="dxa"/>
              <w:left w:w="125" w:type="dxa"/>
              <w:bottom w:w="105" w:type="dxa"/>
              <w:right w:w="125" w:type="dxa"/>
            </w:tcMar>
            <w:vAlign w:val="center"/>
          </w:tcPr>
          <w:p w14:paraId="54CAD5CE" w14:textId="77777777" w:rsidR="00CE6A8E" w:rsidRDefault="00000000">
            <w:pPr>
              <w:keepNext/>
              <w:keepLines/>
            </w:pPr>
            <w:r>
              <w:rPr>
                <w:b/>
                <w:color w:val="FFFFFF"/>
              </w:rPr>
              <w:t>KOZT The Coast 95.3 FM</w:t>
            </w:r>
          </w:p>
        </w:tc>
      </w:tr>
      <w:tr w:rsidR="00CE6A8E" w14:paraId="5815D496" w14:textId="77777777">
        <w:trPr>
          <w:cantSplit/>
          <w:jc w:val="center"/>
        </w:trPr>
        <w:tc>
          <w:tcPr>
            <w:tcW w:w="2500" w:type="dxa"/>
            <w:shd w:val="clear" w:color="auto" w:fill="F3F5F7"/>
            <w:tcMar>
              <w:top w:w="105" w:type="dxa"/>
              <w:left w:w="125" w:type="dxa"/>
              <w:bottom w:w="105" w:type="dxa"/>
              <w:right w:w="125" w:type="dxa"/>
            </w:tcMar>
            <w:vAlign w:val="center"/>
          </w:tcPr>
          <w:p w14:paraId="34E37322"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14C4AC61" w14:textId="77777777" w:rsidR="00CE6A8E" w:rsidRDefault="00000000">
            <w:pPr>
              <w:keepNext/>
              <w:keepLines/>
              <w:spacing w:after="0"/>
            </w:pPr>
            <w:r>
              <w:t>vicky@kozt.com</w:t>
            </w:r>
            <w:r>
              <w:br/>
              <w:t>Office: (707) 964-7277</w:t>
            </w:r>
            <w:r>
              <w:br/>
              <w:t>kozt.com/community-psas</w:t>
            </w:r>
          </w:p>
        </w:tc>
      </w:tr>
      <w:tr w:rsidR="00CE6A8E" w14:paraId="037AB25F" w14:textId="77777777">
        <w:trPr>
          <w:cantSplit/>
          <w:jc w:val="center"/>
        </w:trPr>
        <w:tc>
          <w:tcPr>
            <w:tcW w:w="2500" w:type="dxa"/>
            <w:shd w:val="clear" w:color="auto" w:fill="F3F5F7"/>
            <w:tcMar>
              <w:top w:w="105" w:type="dxa"/>
              <w:left w:w="125" w:type="dxa"/>
              <w:bottom w:w="105" w:type="dxa"/>
              <w:right w:w="125" w:type="dxa"/>
            </w:tcMar>
            <w:vAlign w:val="center"/>
          </w:tcPr>
          <w:p w14:paraId="5889660B"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2A1C8EE3" w14:textId="77777777" w:rsidR="00CE6A8E" w:rsidRDefault="00000000">
            <w:pPr>
              <w:keepLines/>
              <w:spacing w:after="40"/>
            </w:pPr>
            <w:r>
              <w:rPr>
                <w:b/>
                <w:color w:val="17458F"/>
              </w:rPr>
              <w:t>CONFIRMED PSA CHANNEL</w:t>
            </w:r>
          </w:p>
          <w:p w14:paraId="24A25A9B" w14:textId="77777777" w:rsidR="00CE6A8E" w:rsidRDefault="00000000">
            <w:pPr>
              <w:keepLines/>
              <w:spacing w:after="0"/>
            </w:pPr>
            <w:r>
              <w:t>Publishes Community PSAs and a Coastline Calendar. Submit the local Fort Bragg/Mendocino handoff information and confirm whether the announcement qualifies for free rotation.</w:t>
            </w:r>
          </w:p>
        </w:tc>
      </w:tr>
    </w:tbl>
    <w:p w14:paraId="1519939F"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6F2B444E" w14:textId="77777777">
        <w:trPr>
          <w:cantSplit/>
          <w:jc w:val="center"/>
        </w:trPr>
        <w:tc>
          <w:tcPr>
            <w:tcW w:w="2500" w:type="dxa"/>
            <w:shd w:val="clear" w:color="auto" w:fill="17458F"/>
            <w:tcMar>
              <w:top w:w="105" w:type="dxa"/>
              <w:left w:w="125" w:type="dxa"/>
              <w:bottom w:w="105" w:type="dxa"/>
              <w:right w:w="125" w:type="dxa"/>
            </w:tcMar>
            <w:vAlign w:val="center"/>
          </w:tcPr>
          <w:p w14:paraId="1140FB94" w14:textId="77777777" w:rsidR="00CE6A8E" w:rsidRDefault="00000000">
            <w:pPr>
              <w:keepNext/>
              <w:keepLines/>
            </w:pPr>
            <w:r>
              <w:rPr>
                <w:b/>
                <w:color w:val="FFFFFF"/>
                <w:sz w:val="18"/>
              </w:rPr>
              <w:t>MENDONOMA COAST / GUALALA</w:t>
            </w:r>
          </w:p>
        </w:tc>
        <w:tc>
          <w:tcPr>
            <w:tcW w:w="7687" w:type="dxa"/>
            <w:shd w:val="clear" w:color="auto" w:fill="17458F"/>
            <w:tcMar>
              <w:top w:w="105" w:type="dxa"/>
              <w:left w:w="125" w:type="dxa"/>
              <w:bottom w:w="105" w:type="dxa"/>
              <w:right w:w="125" w:type="dxa"/>
            </w:tcMar>
            <w:vAlign w:val="center"/>
          </w:tcPr>
          <w:p w14:paraId="050014D1" w14:textId="77777777" w:rsidR="00CE6A8E" w:rsidRDefault="00000000">
            <w:pPr>
              <w:keepNext/>
              <w:keepLines/>
            </w:pPr>
            <w:r>
              <w:rPr>
                <w:b/>
                <w:color w:val="FFFFFF"/>
              </w:rPr>
              <w:t>KGUA 88.3 FM</w:t>
            </w:r>
          </w:p>
        </w:tc>
      </w:tr>
      <w:tr w:rsidR="00CE6A8E" w14:paraId="46FDD4D3" w14:textId="77777777">
        <w:trPr>
          <w:cantSplit/>
          <w:jc w:val="center"/>
        </w:trPr>
        <w:tc>
          <w:tcPr>
            <w:tcW w:w="2500" w:type="dxa"/>
            <w:shd w:val="clear" w:color="auto" w:fill="F3F5F7"/>
            <w:tcMar>
              <w:top w:w="105" w:type="dxa"/>
              <w:left w:w="125" w:type="dxa"/>
              <w:bottom w:w="105" w:type="dxa"/>
              <w:right w:w="125" w:type="dxa"/>
            </w:tcMar>
            <w:vAlign w:val="center"/>
          </w:tcPr>
          <w:p w14:paraId="69E84EE2"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1027192F" w14:textId="77777777" w:rsidR="00CE6A8E" w:rsidRDefault="00000000">
            <w:pPr>
              <w:keepNext/>
              <w:keepLines/>
              <w:spacing w:after="0"/>
            </w:pPr>
            <w:r>
              <w:t>KGUAFM@gmail.com</w:t>
            </w:r>
            <w:r>
              <w:br/>
              <w:t>(707) 884-9957</w:t>
            </w:r>
            <w:r>
              <w:br/>
              <w:t>kgua.org</w:t>
            </w:r>
          </w:p>
        </w:tc>
      </w:tr>
      <w:tr w:rsidR="00CE6A8E" w14:paraId="167A0D16" w14:textId="77777777">
        <w:trPr>
          <w:cantSplit/>
          <w:jc w:val="center"/>
        </w:trPr>
        <w:tc>
          <w:tcPr>
            <w:tcW w:w="2500" w:type="dxa"/>
            <w:shd w:val="clear" w:color="auto" w:fill="F3F5F7"/>
            <w:tcMar>
              <w:top w:w="105" w:type="dxa"/>
              <w:left w:w="125" w:type="dxa"/>
              <w:bottom w:w="105" w:type="dxa"/>
              <w:right w:w="125" w:type="dxa"/>
            </w:tcMar>
            <w:vAlign w:val="center"/>
          </w:tcPr>
          <w:p w14:paraId="12DA77B3"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622EC7B8" w14:textId="77777777" w:rsidR="00CE6A8E" w:rsidRDefault="00000000">
            <w:pPr>
              <w:keepLines/>
              <w:spacing w:after="40"/>
            </w:pPr>
            <w:r>
              <w:rPr>
                <w:b/>
                <w:color w:val="1F7A4D"/>
              </w:rPr>
              <w:t>LIKELY FREE / CONFIRM</w:t>
            </w:r>
          </w:p>
          <w:p w14:paraId="37B0D8CD" w14:textId="77777777" w:rsidR="00CE6A8E" w:rsidRDefault="00000000">
            <w:pPr>
              <w:keepLines/>
              <w:spacing w:after="0"/>
            </w:pPr>
            <w:r>
              <w:t>Noncommercial public media station operated by a 501(c)(3), with a strong local-events focus. Contact the station to confirm its current free PSA procedure and propose an interview with the coastal relay representative.</w:t>
            </w:r>
          </w:p>
        </w:tc>
      </w:tr>
    </w:tbl>
    <w:p w14:paraId="6354CBF3"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7B5C0AA9" w14:textId="77777777">
        <w:trPr>
          <w:cantSplit/>
          <w:jc w:val="center"/>
        </w:trPr>
        <w:tc>
          <w:tcPr>
            <w:tcW w:w="2500" w:type="dxa"/>
            <w:shd w:val="clear" w:color="auto" w:fill="17458F"/>
            <w:tcMar>
              <w:top w:w="105" w:type="dxa"/>
              <w:left w:w="125" w:type="dxa"/>
              <w:bottom w:w="105" w:type="dxa"/>
              <w:right w:w="125" w:type="dxa"/>
            </w:tcMar>
            <w:vAlign w:val="center"/>
          </w:tcPr>
          <w:p w14:paraId="472103A4" w14:textId="77777777" w:rsidR="00CE6A8E" w:rsidRDefault="00000000">
            <w:pPr>
              <w:keepNext/>
              <w:keepLines/>
            </w:pPr>
            <w:r>
              <w:rPr>
                <w:b/>
                <w:color w:val="FFFFFF"/>
                <w:sz w:val="18"/>
              </w:rPr>
              <w:t>LAKE AND MENDOCINO COUNTIES</w:t>
            </w:r>
          </w:p>
        </w:tc>
        <w:tc>
          <w:tcPr>
            <w:tcW w:w="7687" w:type="dxa"/>
            <w:shd w:val="clear" w:color="auto" w:fill="17458F"/>
            <w:tcMar>
              <w:top w:w="105" w:type="dxa"/>
              <w:left w:w="125" w:type="dxa"/>
              <w:bottom w:w="105" w:type="dxa"/>
              <w:right w:w="125" w:type="dxa"/>
            </w:tcMar>
            <w:vAlign w:val="center"/>
          </w:tcPr>
          <w:p w14:paraId="589586AA" w14:textId="77777777" w:rsidR="00CE6A8E" w:rsidRDefault="00000000">
            <w:pPr>
              <w:keepNext/>
              <w:keepLines/>
            </w:pPr>
            <w:r>
              <w:rPr>
                <w:b/>
                <w:color w:val="FFFFFF"/>
              </w:rPr>
              <w:t>KUKI 103.3, KLLK 1250 and Bicoastal sister stations</w:t>
            </w:r>
          </w:p>
        </w:tc>
      </w:tr>
      <w:tr w:rsidR="00CE6A8E" w14:paraId="2C6893FF" w14:textId="77777777">
        <w:trPr>
          <w:cantSplit/>
          <w:jc w:val="center"/>
        </w:trPr>
        <w:tc>
          <w:tcPr>
            <w:tcW w:w="2500" w:type="dxa"/>
            <w:shd w:val="clear" w:color="auto" w:fill="F3F5F7"/>
            <w:tcMar>
              <w:top w:w="105" w:type="dxa"/>
              <w:left w:w="125" w:type="dxa"/>
              <w:bottom w:w="105" w:type="dxa"/>
              <w:right w:w="125" w:type="dxa"/>
            </w:tcMar>
            <w:vAlign w:val="center"/>
          </w:tcPr>
          <w:p w14:paraId="1511EC9C"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6BAECFD8" w14:textId="77777777" w:rsidR="00CE6A8E" w:rsidRDefault="00000000">
            <w:pPr>
              <w:keepNext/>
              <w:keepLines/>
              <w:spacing w:after="0"/>
            </w:pPr>
            <w:r>
              <w:t>PSA email listed: psa@kwine.com</w:t>
            </w:r>
            <w:r>
              <w:br/>
              <w:t>Main office: (707) 463-5868</w:t>
            </w:r>
            <w:r>
              <w:br/>
              <w:t>1400 KUKI Lane, Ukiah</w:t>
            </w:r>
          </w:p>
        </w:tc>
      </w:tr>
      <w:tr w:rsidR="00CE6A8E" w14:paraId="6D49848E" w14:textId="77777777">
        <w:trPr>
          <w:cantSplit/>
          <w:jc w:val="center"/>
        </w:trPr>
        <w:tc>
          <w:tcPr>
            <w:tcW w:w="2500" w:type="dxa"/>
            <w:shd w:val="clear" w:color="auto" w:fill="F3F5F7"/>
            <w:tcMar>
              <w:top w:w="105" w:type="dxa"/>
              <w:left w:w="125" w:type="dxa"/>
              <w:bottom w:w="105" w:type="dxa"/>
              <w:right w:w="125" w:type="dxa"/>
            </w:tcMar>
            <w:vAlign w:val="center"/>
          </w:tcPr>
          <w:p w14:paraId="43026126"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4D55BB88" w14:textId="77777777" w:rsidR="00CE6A8E" w:rsidRDefault="00000000">
            <w:pPr>
              <w:keepLines/>
              <w:spacing w:after="40"/>
            </w:pPr>
            <w:r>
              <w:rPr>
                <w:b/>
                <w:color w:val="17458F"/>
              </w:rPr>
              <w:t>CONFIRMED PSA CONTACT / VERIFY</w:t>
            </w:r>
          </w:p>
          <w:p w14:paraId="6D082A3E" w14:textId="77777777" w:rsidR="00CE6A8E" w:rsidRDefault="00000000">
            <w:pPr>
              <w:keepLines/>
              <w:spacing w:after="0"/>
            </w:pPr>
            <w:r>
              <w:t>Commercial Bicoastal group. Use the published PSA email, then call to confirm which Lake/Mendocino stations will receive it and whether free rotation is available.</w:t>
            </w:r>
          </w:p>
        </w:tc>
      </w:tr>
    </w:tbl>
    <w:p w14:paraId="386F3B57" w14:textId="77777777" w:rsidR="00CE6A8E" w:rsidRDefault="00000000">
      <w:pPr>
        <w:keepNext/>
        <w:spacing w:after="60"/>
      </w:pPr>
      <w:r>
        <w:rPr>
          <w:color w:val="FFFFFF"/>
          <w:sz w:val="4"/>
        </w:rPr>
        <w:lastRenderedPageBreak/>
        <w:t> </w:t>
      </w:r>
    </w:p>
    <w:tbl>
      <w:tblPr>
        <w:tblW w:w="10187" w:type="dxa"/>
        <w:jc w:val="center"/>
        <w:tblLayout w:type="fixed"/>
        <w:tblLook w:val="04A0" w:firstRow="1" w:lastRow="0" w:firstColumn="1" w:lastColumn="0" w:noHBand="0" w:noVBand="1"/>
      </w:tblPr>
      <w:tblGrid>
        <w:gridCol w:w="2500"/>
        <w:gridCol w:w="7687"/>
      </w:tblGrid>
      <w:tr w:rsidR="00CE6A8E" w14:paraId="7109BF38" w14:textId="77777777">
        <w:trPr>
          <w:cantSplit/>
          <w:jc w:val="center"/>
        </w:trPr>
        <w:tc>
          <w:tcPr>
            <w:tcW w:w="2500" w:type="dxa"/>
            <w:shd w:val="clear" w:color="auto" w:fill="17458F"/>
            <w:tcMar>
              <w:top w:w="105" w:type="dxa"/>
              <w:left w:w="125" w:type="dxa"/>
              <w:bottom w:w="105" w:type="dxa"/>
              <w:right w:w="125" w:type="dxa"/>
            </w:tcMar>
            <w:vAlign w:val="center"/>
          </w:tcPr>
          <w:p w14:paraId="1E4446E8" w14:textId="77777777" w:rsidR="00CE6A8E" w:rsidRDefault="00000000">
            <w:pPr>
              <w:keepNext/>
              <w:keepLines/>
            </w:pPr>
            <w:r>
              <w:rPr>
                <w:b/>
                <w:color w:val="FFFFFF"/>
                <w:sz w:val="18"/>
              </w:rPr>
              <w:t>LAKE COUNTY</w:t>
            </w:r>
          </w:p>
        </w:tc>
        <w:tc>
          <w:tcPr>
            <w:tcW w:w="7687" w:type="dxa"/>
            <w:shd w:val="clear" w:color="auto" w:fill="17458F"/>
            <w:tcMar>
              <w:top w:w="105" w:type="dxa"/>
              <w:left w:w="125" w:type="dxa"/>
              <w:bottom w:w="105" w:type="dxa"/>
              <w:right w:w="125" w:type="dxa"/>
            </w:tcMar>
            <w:vAlign w:val="center"/>
          </w:tcPr>
          <w:p w14:paraId="3C610501" w14:textId="77777777" w:rsidR="00CE6A8E" w:rsidRDefault="00000000">
            <w:pPr>
              <w:keepNext/>
              <w:keepLines/>
            </w:pPr>
            <w:r>
              <w:rPr>
                <w:b/>
                <w:color w:val="FFFFFF"/>
              </w:rPr>
              <w:t>KPFZ 88.1 FM Lake County Community Radio</w:t>
            </w:r>
          </w:p>
        </w:tc>
      </w:tr>
      <w:tr w:rsidR="00CE6A8E" w14:paraId="7D1FC0F3" w14:textId="77777777">
        <w:trPr>
          <w:cantSplit/>
          <w:jc w:val="center"/>
        </w:trPr>
        <w:tc>
          <w:tcPr>
            <w:tcW w:w="2500" w:type="dxa"/>
            <w:shd w:val="clear" w:color="auto" w:fill="F3F5F7"/>
            <w:tcMar>
              <w:top w:w="105" w:type="dxa"/>
              <w:left w:w="125" w:type="dxa"/>
              <w:bottom w:w="105" w:type="dxa"/>
              <w:right w:w="125" w:type="dxa"/>
            </w:tcMar>
            <w:vAlign w:val="center"/>
          </w:tcPr>
          <w:p w14:paraId="1DF9A89A"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0DC5ECF2" w14:textId="77777777" w:rsidR="00CE6A8E" w:rsidRDefault="00000000">
            <w:pPr>
              <w:keepNext/>
              <w:keepLines/>
              <w:spacing w:after="0"/>
            </w:pPr>
            <w:r>
              <w:t>Online contact form: kpfz.org/contact</w:t>
            </w:r>
            <w:r>
              <w:br/>
              <w:t>Office: (707) 263-3640</w:t>
            </w:r>
            <w:r>
              <w:br/>
              <w:t>Studio: (707) 263-3435</w:t>
            </w:r>
          </w:p>
        </w:tc>
      </w:tr>
      <w:tr w:rsidR="00CE6A8E" w14:paraId="24E1AF05" w14:textId="77777777">
        <w:trPr>
          <w:cantSplit/>
          <w:jc w:val="center"/>
        </w:trPr>
        <w:tc>
          <w:tcPr>
            <w:tcW w:w="2500" w:type="dxa"/>
            <w:shd w:val="clear" w:color="auto" w:fill="F3F5F7"/>
            <w:tcMar>
              <w:top w:w="105" w:type="dxa"/>
              <w:left w:w="125" w:type="dxa"/>
              <w:bottom w:w="105" w:type="dxa"/>
              <w:right w:w="125" w:type="dxa"/>
            </w:tcMar>
            <w:vAlign w:val="center"/>
          </w:tcPr>
          <w:p w14:paraId="463A1D98"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3E8E18AD" w14:textId="77777777" w:rsidR="00CE6A8E" w:rsidRDefault="00000000">
            <w:pPr>
              <w:keepLines/>
              <w:spacing w:after="40"/>
            </w:pPr>
            <w:r>
              <w:rPr>
                <w:b/>
                <w:color w:val="1F7A4D"/>
              </w:rPr>
              <w:t>LIKELY FREE / CONFIRM</w:t>
            </w:r>
          </w:p>
          <w:p w14:paraId="6C55711F" w14:textId="77777777" w:rsidR="00CE6A8E" w:rsidRDefault="00000000">
            <w:pPr>
              <w:keepLines/>
              <w:spacing w:after="0"/>
            </w:pPr>
            <w:r>
              <w:t>Listener-supported community station operated by Lake County Community Radio, a public-benefit corporation. Call or use its contact form to verify the current PSA intake process.</w:t>
            </w:r>
          </w:p>
        </w:tc>
      </w:tr>
    </w:tbl>
    <w:p w14:paraId="010416EE"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102A8B95" w14:textId="77777777">
        <w:trPr>
          <w:cantSplit/>
          <w:jc w:val="center"/>
        </w:trPr>
        <w:tc>
          <w:tcPr>
            <w:tcW w:w="2500" w:type="dxa"/>
            <w:shd w:val="clear" w:color="auto" w:fill="17458F"/>
            <w:tcMar>
              <w:top w:w="105" w:type="dxa"/>
              <w:left w:w="125" w:type="dxa"/>
              <w:bottom w:w="105" w:type="dxa"/>
              <w:right w:w="125" w:type="dxa"/>
            </w:tcMar>
            <w:vAlign w:val="center"/>
          </w:tcPr>
          <w:p w14:paraId="14F06036" w14:textId="77777777" w:rsidR="00CE6A8E" w:rsidRDefault="00000000">
            <w:pPr>
              <w:keepNext/>
              <w:keepLines/>
            </w:pPr>
            <w:r>
              <w:rPr>
                <w:b/>
                <w:color w:val="FFFFFF"/>
                <w:sz w:val="18"/>
              </w:rPr>
              <w:t>SONOMA COUNTY / NORTH BAY</w:t>
            </w:r>
          </w:p>
        </w:tc>
        <w:tc>
          <w:tcPr>
            <w:tcW w:w="7687" w:type="dxa"/>
            <w:shd w:val="clear" w:color="auto" w:fill="17458F"/>
            <w:tcMar>
              <w:top w:w="105" w:type="dxa"/>
              <w:left w:w="125" w:type="dxa"/>
              <w:bottom w:w="105" w:type="dxa"/>
              <w:right w:w="125" w:type="dxa"/>
            </w:tcMar>
            <w:vAlign w:val="center"/>
          </w:tcPr>
          <w:p w14:paraId="64A7B07D" w14:textId="77777777" w:rsidR="00CE6A8E" w:rsidRDefault="00000000">
            <w:pPr>
              <w:keepNext/>
              <w:keepLines/>
            </w:pPr>
            <w:r>
              <w:rPr>
                <w:b/>
                <w:color w:val="FFFFFF"/>
              </w:rPr>
              <w:t>KRCB 104.9 FM and KRCG 91.1 FM - Northern California Public Media</w:t>
            </w:r>
          </w:p>
        </w:tc>
      </w:tr>
      <w:tr w:rsidR="00CE6A8E" w14:paraId="40AF83EE" w14:textId="77777777">
        <w:trPr>
          <w:cantSplit/>
          <w:jc w:val="center"/>
        </w:trPr>
        <w:tc>
          <w:tcPr>
            <w:tcW w:w="2500" w:type="dxa"/>
            <w:shd w:val="clear" w:color="auto" w:fill="F3F5F7"/>
            <w:tcMar>
              <w:top w:w="105" w:type="dxa"/>
              <w:left w:w="125" w:type="dxa"/>
              <w:bottom w:w="105" w:type="dxa"/>
              <w:right w:w="125" w:type="dxa"/>
            </w:tcMar>
            <w:vAlign w:val="center"/>
          </w:tcPr>
          <w:p w14:paraId="4B399F08"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7C96CFD1" w14:textId="77777777" w:rsidR="00CE6A8E" w:rsidRDefault="00000000">
            <w:pPr>
              <w:keepNext/>
              <w:keepLines/>
              <w:spacing w:after="0"/>
            </w:pPr>
            <w:r>
              <w:t>psa@krcb.org</w:t>
            </w:r>
            <w:r>
              <w:br/>
              <w:t>(707) 584-2000</w:t>
            </w:r>
            <w:r>
              <w:br/>
              <w:t>norcalpublicmedia.org/psa-information-page</w:t>
            </w:r>
          </w:p>
        </w:tc>
      </w:tr>
      <w:tr w:rsidR="00CE6A8E" w14:paraId="740F1FEF" w14:textId="77777777">
        <w:trPr>
          <w:cantSplit/>
          <w:jc w:val="center"/>
        </w:trPr>
        <w:tc>
          <w:tcPr>
            <w:tcW w:w="2500" w:type="dxa"/>
            <w:shd w:val="clear" w:color="auto" w:fill="F3F5F7"/>
            <w:tcMar>
              <w:top w:w="105" w:type="dxa"/>
              <w:left w:w="125" w:type="dxa"/>
              <w:bottom w:w="105" w:type="dxa"/>
              <w:right w:w="125" w:type="dxa"/>
            </w:tcMar>
            <w:vAlign w:val="center"/>
          </w:tcPr>
          <w:p w14:paraId="286516CE"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4928B267" w14:textId="77777777" w:rsidR="00CE6A8E" w:rsidRDefault="00000000">
            <w:pPr>
              <w:keepLines/>
              <w:spacing w:after="40"/>
            </w:pPr>
            <w:r>
              <w:rPr>
                <w:b/>
                <w:color w:val="1F7A4D"/>
              </w:rPr>
              <w:t>CONFIRMED FREE PSA</w:t>
            </w:r>
          </w:p>
          <w:p w14:paraId="395103E4" w14:textId="77777777" w:rsidR="00CE6A8E" w:rsidRDefault="00000000">
            <w:pPr>
              <w:keepLines/>
              <w:spacing w:after="0"/>
            </w:pPr>
            <w:r>
              <w:t>Nonprofit public media. Radio requests must be submitted at least three weeks ahead. Send a neutral script plus route facts; television PSA requests require more lead time.</w:t>
            </w:r>
          </w:p>
        </w:tc>
      </w:tr>
    </w:tbl>
    <w:p w14:paraId="0349196D" w14:textId="77777777" w:rsidR="00CE6A8E" w:rsidRDefault="00000000">
      <w:r>
        <w:br w:type="page"/>
      </w:r>
    </w:p>
    <w:p w14:paraId="266118FB" w14:textId="77777777" w:rsidR="00CE6A8E" w:rsidRDefault="00000000">
      <w:pPr>
        <w:keepNext/>
        <w:spacing w:after="160"/>
      </w:pPr>
      <w:r>
        <w:rPr>
          <w:color w:val="FFFFFF"/>
          <w:sz w:val="24"/>
        </w:rPr>
        <w:lastRenderedPageBreak/>
        <w:t> </w:t>
      </w:r>
    </w:p>
    <w:tbl>
      <w:tblPr>
        <w:tblW w:w="10187" w:type="dxa"/>
        <w:jc w:val="center"/>
        <w:tblLayout w:type="fixed"/>
        <w:tblLook w:val="04A0" w:firstRow="1" w:lastRow="0" w:firstColumn="1" w:lastColumn="0" w:noHBand="0" w:noVBand="1"/>
      </w:tblPr>
      <w:tblGrid>
        <w:gridCol w:w="2500"/>
        <w:gridCol w:w="7687"/>
      </w:tblGrid>
      <w:tr w:rsidR="00CE6A8E" w14:paraId="4667D47B" w14:textId="77777777">
        <w:trPr>
          <w:cantSplit/>
          <w:jc w:val="center"/>
        </w:trPr>
        <w:tc>
          <w:tcPr>
            <w:tcW w:w="2500" w:type="dxa"/>
            <w:shd w:val="clear" w:color="auto" w:fill="17458F"/>
            <w:tcMar>
              <w:top w:w="105" w:type="dxa"/>
              <w:left w:w="125" w:type="dxa"/>
              <w:bottom w:w="105" w:type="dxa"/>
              <w:right w:w="125" w:type="dxa"/>
            </w:tcMar>
            <w:vAlign w:val="center"/>
          </w:tcPr>
          <w:p w14:paraId="7608195E" w14:textId="77777777" w:rsidR="00CE6A8E" w:rsidRDefault="00000000">
            <w:pPr>
              <w:keepNext/>
              <w:keepLines/>
            </w:pPr>
            <w:r>
              <w:rPr>
                <w:b/>
                <w:color w:val="FFFFFF"/>
                <w:sz w:val="18"/>
              </w:rPr>
              <w:t>SONOMA VALLEY</w:t>
            </w:r>
          </w:p>
        </w:tc>
        <w:tc>
          <w:tcPr>
            <w:tcW w:w="7687" w:type="dxa"/>
            <w:shd w:val="clear" w:color="auto" w:fill="17458F"/>
            <w:tcMar>
              <w:top w:w="105" w:type="dxa"/>
              <w:left w:w="125" w:type="dxa"/>
              <w:bottom w:w="105" w:type="dxa"/>
              <w:right w:w="125" w:type="dxa"/>
            </w:tcMar>
            <w:vAlign w:val="center"/>
          </w:tcPr>
          <w:p w14:paraId="2FC2273B" w14:textId="77777777" w:rsidR="00CE6A8E" w:rsidRDefault="00000000">
            <w:pPr>
              <w:keepNext/>
              <w:keepLines/>
            </w:pPr>
            <w:r>
              <w:rPr>
                <w:b/>
                <w:color w:val="FFFFFF"/>
              </w:rPr>
              <w:t>KSVY 91.3 FM</w:t>
            </w:r>
          </w:p>
        </w:tc>
      </w:tr>
      <w:tr w:rsidR="00CE6A8E" w14:paraId="58FCA3E1" w14:textId="77777777">
        <w:trPr>
          <w:cantSplit/>
          <w:jc w:val="center"/>
        </w:trPr>
        <w:tc>
          <w:tcPr>
            <w:tcW w:w="2500" w:type="dxa"/>
            <w:shd w:val="clear" w:color="auto" w:fill="F3F5F7"/>
            <w:tcMar>
              <w:top w:w="105" w:type="dxa"/>
              <w:left w:w="125" w:type="dxa"/>
              <w:bottom w:w="105" w:type="dxa"/>
              <w:right w:w="125" w:type="dxa"/>
            </w:tcMar>
            <w:vAlign w:val="center"/>
          </w:tcPr>
          <w:p w14:paraId="184F488E"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349F2935" w14:textId="77777777" w:rsidR="00CE6A8E" w:rsidRDefault="00000000">
            <w:pPr>
              <w:keepNext/>
              <w:keepLines/>
              <w:spacing w:after="0"/>
            </w:pPr>
            <w:r>
              <w:t>psa@ksvy.org</w:t>
            </w:r>
            <w:r>
              <w:br/>
              <w:t>(707) 933-0808</w:t>
            </w:r>
            <w:r>
              <w:br/>
              <w:t>ksvy.org/community-psa</w:t>
            </w:r>
          </w:p>
        </w:tc>
      </w:tr>
      <w:tr w:rsidR="00CE6A8E" w14:paraId="08109926" w14:textId="77777777">
        <w:trPr>
          <w:cantSplit/>
          <w:jc w:val="center"/>
        </w:trPr>
        <w:tc>
          <w:tcPr>
            <w:tcW w:w="2500" w:type="dxa"/>
            <w:shd w:val="clear" w:color="auto" w:fill="F3F5F7"/>
            <w:tcMar>
              <w:top w:w="105" w:type="dxa"/>
              <w:left w:w="125" w:type="dxa"/>
              <w:bottom w:w="105" w:type="dxa"/>
              <w:right w:w="125" w:type="dxa"/>
            </w:tcMar>
            <w:vAlign w:val="center"/>
          </w:tcPr>
          <w:p w14:paraId="6F27CF78"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654F1B8A" w14:textId="77777777" w:rsidR="00CE6A8E" w:rsidRDefault="00000000">
            <w:pPr>
              <w:keepLines/>
              <w:spacing w:after="40"/>
            </w:pPr>
            <w:r>
              <w:rPr>
                <w:b/>
                <w:color w:val="1F7A4D"/>
              </w:rPr>
              <w:t>CONFIRMED FREE PSA</w:t>
            </w:r>
          </w:p>
          <w:p w14:paraId="26E05B05" w14:textId="77777777" w:rsidR="00CE6A8E" w:rsidRDefault="00000000">
            <w:pPr>
              <w:keepLines/>
              <w:spacing w:after="0"/>
            </w:pPr>
            <w:r>
              <w:t>501(c)(3) community station supporting local nonprofits with free PSAs. Send a double-spaced 30-second script at least seven days in advance. The station can record it or arrange studio time.</w:t>
            </w:r>
          </w:p>
        </w:tc>
      </w:tr>
    </w:tbl>
    <w:p w14:paraId="7FD00178"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36BB7279" w14:textId="77777777">
        <w:trPr>
          <w:cantSplit/>
          <w:jc w:val="center"/>
        </w:trPr>
        <w:tc>
          <w:tcPr>
            <w:tcW w:w="2500" w:type="dxa"/>
            <w:shd w:val="clear" w:color="auto" w:fill="17458F"/>
            <w:tcMar>
              <w:top w:w="105" w:type="dxa"/>
              <w:left w:w="125" w:type="dxa"/>
              <w:bottom w:w="105" w:type="dxa"/>
              <w:right w:w="125" w:type="dxa"/>
            </w:tcMar>
            <w:vAlign w:val="center"/>
          </w:tcPr>
          <w:p w14:paraId="69D56169" w14:textId="77777777" w:rsidR="00CE6A8E" w:rsidRDefault="00000000">
            <w:pPr>
              <w:keepNext/>
              <w:keepLines/>
            </w:pPr>
            <w:r>
              <w:rPr>
                <w:b/>
                <w:color w:val="FFFFFF"/>
                <w:sz w:val="18"/>
              </w:rPr>
              <w:t>SONOMA COUNTY</w:t>
            </w:r>
          </w:p>
        </w:tc>
        <w:tc>
          <w:tcPr>
            <w:tcW w:w="7687" w:type="dxa"/>
            <w:shd w:val="clear" w:color="auto" w:fill="17458F"/>
            <w:tcMar>
              <w:top w:w="105" w:type="dxa"/>
              <w:left w:w="125" w:type="dxa"/>
              <w:bottom w:w="105" w:type="dxa"/>
              <w:right w:w="125" w:type="dxa"/>
            </w:tcMar>
            <w:vAlign w:val="center"/>
          </w:tcPr>
          <w:p w14:paraId="3A06ECE9" w14:textId="77777777" w:rsidR="00CE6A8E" w:rsidRDefault="00000000">
            <w:pPr>
              <w:keepNext/>
              <w:keepLines/>
            </w:pPr>
            <w:r>
              <w:rPr>
                <w:b/>
                <w:color w:val="FFFFFF"/>
              </w:rPr>
              <w:t>Amaturo Sonoma Media Group: KZST 100.1, KSRO, Froggy 92.9, Hot 101.7, 99.1 The Bull, 97.7 The River, 102.7 The Wolf and 93.7 Jazzy</w:t>
            </w:r>
          </w:p>
        </w:tc>
      </w:tr>
      <w:tr w:rsidR="00CE6A8E" w14:paraId="31AD081B" w14:textId="77777777">
        <w:trPr>
          <w:cantSplit/>
          <w:jc w:val="center"/>
        </w:trPr>
        <w:tc>
          <w:tcPr>
            <w:tcW w:w="2500" w:type="dxa"/>
            <w:shd w:val="clear" w:color="auto" w:fill="F3F5F7"/>
            <w:tcMar>
              <w:top w:w="105" w:type="dxa"/>
              <w:left w:w="125" w:type="dxa"/>
              <w:bottom w:w="105" w:type="dxa"/>
              <w:right w:w="125" w:type="dxa"/>
            </w:tcMar>
            <w:vAlign w:val="center"/>
          </w:tcPr>
          <w:p w14:paraId="50235EE7"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77FCA0AD" w14:textId="77777777" w:rsidR="00CE6A8E" w:rsidRDefault="00000000">
            <w:pPr>
              <w:keepNext/>
              <w:keepLines/>
              <w:spacing w:after="0"/>
            </w:pPr>
            <w:r>
              <w:t>KZST PSA form: kzst.com/submit-a-psa</w:t>
            </w:r>
            <w:r>
              <w:br/>
              <w:t>Group office: (707) 528-4434</w:t>
            </w:r>
            <w:r>
              <w:br/>
              <w:t>3392 Mendocino Ave., Santa Rosa</w:t>
            </w:r>
            <w:r>
              <w:br/>
              <w:t>sonomamediagroup.com</w:t>
            </w:r>
          </w:p>
        </w:tc>
      </w:tr>
      <w:tr w:rsidR="00CE6A8E" w14:paraId="7CD0FB28" w14:textId="77777777">
        <w:trPr>
          <w:cantSplit/>
          <w:jc w:val="center"/>
        </w:trPr>
        <w:tc>
          <w:tcPr>
            <w:tcW w:w="2500" w:type="dxa"/>
            <w:shd w:val="clear" w:color="auto" w:fill="F3F5F7"/>
            <w:tcMar>
              <w:top w:w="105" w:type="dxa"/>
              <w:left w:w="125" w:type="dxa"/>
              <w:bottom w:w="105" w:type="dxa"/>
              <w:right w:w="125" w:type="dxa"/>
            </w:tcMar>
            <w:vAlign w:val="center"/>
          </w:tcPr>
          <w:p w14:paraId="561CC601"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28E4F82B" w14:textId="77777777" w:rsidR="00CE6A8E" w:rsidRDefault="00000000">
            <w:pPr>
              <w:keepLines/>
              <w:spacing w:after="40"/>
            </w:pPr>
            <w:r>
              <w:rPr>
                <w:b/>
                <w:color w:val="17458F"/>
              </w:rPr>
              <w:t>CONFIRMED PSA CHANNEL / GROUP</w:t>
            </w:r>
          </w:p>
          <w:p w14:paraId="7311615C" w14:textId="77777777" w:rsidR="00CE6A8E" w:rsidRDefault="00000000">
            <w:pPr>
              <w:keepLines/>
              <w:spacing w:after="0"/>
            </w:pPr>
            <w:r>
              <w:t>Commercial group with broad Sonoma reach. KZST publishes a PSA submission page; ask whether one submission can be considered across the group. Free placement is discretionary. Pitch KSRO separately for a news/interview opportunity.</w:t>
            </w:r>
          </w:p>
        </w:tc>
      </w:tr>
    </w:tbl>
    <w:p w14:paraId="78402D95"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3CCDA9A1" w14:textId="77777777">
        <w:trPr>
          <w:cantSplit/>
          <w:jc w:val="center"/>
        </w:trPr>
        <w:tc>
          <w:tcPr>
            <w:tcW w:w="2500" w:type="dxa"/>
            <w:shd w:val="clear" w:color="auto" w:fill="17458F"/>
            <w:tcMar>
              <w:top w:w="105" w:type="dxa"/>
              <w:left w:w="125" w:type="dxa"/>
              <w:bottom w:w="105" w:type="dxa"/>
              <w:right w:w="125" w:type="dxa"/>
            </w:tcMar>
            <w:vAlign w:val="center"/>
          </w:tcPr>
          <w:p w14:paraId="5121974D" w14:textId="77777777" w:rsidR="00CE6A8E" w:rsidRDefault="00000000">
            <w:pPr>
              <w:keepNext/>
              <w:keepLines/>
            </w:pPr>
            <w:r>
              <w:rPr>
                <w:b/>
                <w:color w:val="FFFFFF"/>
                <w:sz w:val="18"/>
              </w:rPr>
              <w:t>SONOMA COUNTY / WINE COUNTRY</w:t>
            </w:r>
          </w:p>
        </w:tc>
        <w:tc>
          <w:tcPr>
            <w:tcW w:w="7687" w:type="dxa"/>
            <w:shd w:val="clear" w:color="auto" w:fill="17458F"/>
            <w:tcMar>
              <w:top w:w="105" w:type="dxa"/>
              <w:left w:w="125" w:type="dxa"/>
              <w:bottom w:w="105" w:type="dxa"/>
              <w:right w:w="125" w:type="dxa"/>
            </w:tcMar>
            <w:vAlign w:val="center"/>
          </w:tcPr>
          <w:p w14:paraId="10B64DA7" w14:textId="77777777" w:rsidR="00CE6A8E" w:rsidRDefault="00000000">
            <w:pPr>
              <w:keepNext/>
              <w:keepLines/>
            </w:pPr>
            <w:r>
              <w:rPr>
                <w:b/>
                <w:color w:val="FFFFFF"/>
              </w:rPr>
              <w:t>KRSH 95.9 FM - The Krush</w:t>
            </w:r>
          </w:p>
        </w:tc>
      </w:tr>
      <w:tr w:rsidR="00CE6A8E" w14:paraId="7AC9D991" w14:textId="77777777">
        <w:trPr>
          <w:cantSplit/>
          <w:jc w:val="center"/>
        </w:trPr>
        <w:tc>
          <w:tcPr>
            <w:tcW w:w="2500" w:type="dxa"/>
            <w:shd w:val="clear" w:color="auto" w:fill="F3F5F7"/>
            <w:tcMar>
              <w:top w:w="105" w:type="dxa"/>
              <w:left w:w="125" w:type="dxa"/>
              <w:bottom w:w="105" w:type="dxa"/>
              <w:right w:w="125" w:type="dxa"/>
            </w:tcMar>
            <w:vAlign w:val="center"/>
          </w:tcPr>
          <w:p w14:paraId="38F1548A"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1D44FDD0" w14:textId="77777777" w:rsidR="00CE6A8E" w:rsidRDefault="00000000">
            <w:pPr>
              <w:keepNext/>
              <w:keepLines/>
              <w:spacing w:after="0"/>
            </w:pPr>
            <w:r>
              <w:t>PSA form: krsh.com/community-corner</w:t>
            </w:r>
            <w:r>
              <w:br/>
              <w:t>Office: (707) 588-0707</w:t>
            </w:r>
            <w:r>
              <w:br/>
              <w:t>Program Director: mindi@krsh.com</w:t>
            </w:r>
          </w:p>
        </w:tc>
      </w:tr>
      <w:tr w:rsidR="00CE6A8E" w14:paraId="13D18136" w14:textId="77777777">
        <w:trPr>
          <w:cantSplit/>
          <w:jc w:val="center"/>
        </w:trPr>
        <w:tc>
          <w:tcPr>
            <w:tcW w:w="2500" w:type="dxa"/>
            <w:shd w:val="clear" w:color="auto" w:fill="F3F5F7"/>
            <w:tcMar>
              <w:top w:w="105" w:type="dxa"/>
              <w:left w:w="125" w:type="dxa"/>
              <w:bottom w:w="105" w:type="dxa"/>
              <w:right w:w="125" w:type="dxa"/>
            </w:tcMar>
            <w:vAlign w:val="center"/>
          </w:tcPr>
          <w:p w14:paraId="2CAC9B0B"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74C4C923" w14:textId="77777777" w:rsidR="00CE6A8E" w:rsidRDefault="00000000">
            <w:pPr>
              <w:keepLines/>
              <w:spacing w:after="40"/>
            </w:pPr>
            <w:r>
              <w:rPr>
                <w:b/>
                <w:color w:val="1F7A4D"/>
              </w:rPr>
              <w:t>CONFIRMED FREE CONSIDERATION</w:t>
            </w:r>
          </w:p>
          <w:p w14:paraId="3C65433E" w14:textId="77777777" w:rsidR="00CE6A8E" w:rsidRDefault="00000000">
            <w:pPr>
              <w:keepLines/>
              <w:spacing w:after="0"/>
            </w:pPr>
            <w:r>
              <w:t>Accepts PSAs benefiting a nonprofit and requires the nonprofit Tax ID number. Announcements are read at the DJs' discretion; airtimes and frequency are not guaranteed.</w:t>
            </w:r>
          </w:p>
        </w:tc>
      </w:tr>
    </w:tbl>
    <w:p w14:paraId="6756A65E" w14:textId="77777777" w:rsidR="00CE6A8E" w:rsidRDefault="00000000">
      <w:pPr>
        <w:keepNext/>
        <w:spacing w:after="60"/>
      </w:pPr>
      <w:r>
        <w:rPr>
          <w:color w:val="FFFFFF"/>
          <w:sz w:val="4"/>
        </w:rPr>
        <w:lastRenderedPageBreak/>
        <w:t> </w:t>
      </w:r>
    </w:p>
    <w:tbl>
      <w:tblPr>
        <w:tblW w:w="10187" w:type="dxa"/>
        <w:jc w:val="center"/>
        <w:tblLayout w:type="fixed"/>
        <w:tblLook w:val="04A0" w:firstRow="1" w:lastRow="0" w:firstColumn="1" w:lastColumn="0" w:noHBand="0" w:noVBand="1"/>
      </w:tblPr>
      <w:tblGrid>
        <w:gridCol w:w="2500"/>
        <w:gridCol w:w="7687"/>
      </w:tblGrid>
      <w:tr w:rsidR="00CE6A8E" w14:paraId="6E1E0F68" w14:textId="77777777">
        <w:trPr>
          <w:cantSplit/>
          <w:jc w:val="center"/>
        </w:trPr>
        <w:tc>
          <w:tcPr>
            <w:tcW w:w="2500" w:type="dxa"/>
            <w:shd w:val="clear" w:color="auto" w:fill="17458F"/>
            <w:tcMar>
              <w:top w:w="105" w:type="dxa"/>
              <w:left w:w="125" w:type="dxa"/>
              <w:bottom w:w="105" w:type="dxa"/>
              <w:right w:w="125" w:type="dxa"/>
            </w:tcMar>
            <w:vAlign w:val="center"/>
          </w:tcPr>
          <w:p w14:paraId="0239555F" w14:textId="77777777" w:rsidR="00CE6A8E" w:rsidRDefault="00000000">
            <w:pPr>
              <w:keepNext/>
              <w:keepLines/>
            </w:pPr>
            <w:r>
              <w:rPr>
                <w:b/>
                <w:color w:val="FFFFFF"/>
                <w:sz w:val="18"/>
              </w:rPr>
              <w:t>WEST SONOMA COUNTY</w:t>
            </w:r>
          </w:p>
        </w:tc>
        <w:tc>
          <w:tcPr>
            <w:tcW w:w="7687" w:type="dxa"/>
            <w:shd w:val="clear" w:color="auto" w:fill="17458F"/>
            <w:tcMar>
              <w:top w:w="105" w:type="dxa"/>
              <w:left w:w="125" w:type="dxa"/>
              <w:bottom w:w="105" w:type="dxa"/>
              <w:right w:w="125" w:type="dxa"/>
            </w:tcMar>
            <w:vAlign w:val="center"/>
          </w:tcPr>
          <w:p w14:paraId="6C8CBC3B" w14:textId="77777777" w:rsidR="00CE6A8E" w:rsidRDefault="00000000">
            <w:pPr>
              <w:keepNext/>
              <w:keepLines/>
            </w:pPr>
            <w:r>
              <w:rPr>
                <w:b/>
                <w:color w:val="FFFFFF"/>
              </w:rPr>
              <w:t>KOWS 92.5 FM Community Radio</w:t>
            </w:r>
          </w:p>
        </w:tc>
      </w:tr>
      <w:tr w:rsidR="00CE6A8E" w14:paraId="4FEB8B57" w14:textId="77777777">
        <w:trPr>
          <w:cantSplit/>
          <w:jc w:val="center"/>
        </w:trPr>
        <w:tc>
          <w:tcPr>
            <w:tcW w:w="2500" w:type="dxa"/>
            <w:shd w:val="clear" w:color="auto" w:fill="F3F5F7"/>
            <w:tcMar>
              <w:top w:w="105" w:type="dxa"/>
              <w:left w:w="125" w:type="dxa"/>
              <w:bottom w:w="105" w:type="dxa"/>
              <w:right w:w="125" w:type="dxa"/>
            </w:tcMar>
            <w:vAlign w:val="center"/>
          </w:tcPr>
          <w:p w14:paraId="1241EFD0"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0699A8C0" w14:textId="77777777" w:rsidR="00CE6A8E" w:rsidRDefault="00000000">
            <w:pPr>
              <w:keepNext/>
              <w:keepLines/>
              <w:spacing w:after="0"/>
            </w:pPr>
            <w:r>
              <w:t>kows-psa@sonic.net</w:t>
            </w:r>
            <w:r>
              <w:br/>
              <w:t>Office: (707) 861-9873</w:t>
            </w:r>
            <w:r>
              <w:br/>
              <w:t>kows92-5.org/2018/12/29/psas</w:t>
            </w:r>
          </w:p>
        </w:tc>
      </w:tr>
      <w:tr w:rsidR="00CE6A8E" w14:paraId="53A8B7DD" w14:textId="77777777">
        <w:trPr>
          <w:cantSplit/>
          <w:jc w:val="center"/>
        </w:trPr>
        <w:tc>
          <w:tcPr>
            <w:tcW w:w="2500" w:type="dxa"/>
            <w:shd w:val="clear" w:color="auto" w:fill="F3F5F7"/>
            <w:tcMar>
              <w:top w:w="105" w:type="dxa"/>
              <w:left w:w="125" w:type="dxa"/>
              <w:bottom w:w="105" w:type="dxa"/>
              <w:right w:w="125" w:type="dxa"/>
            </w:tcMar>
            <w:vAlign w:val="center"/>
          </w:tcPr>
          <w:p w14:paraId="1A4D6E49"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278CACA7" w14:textId="77777777" w:rsidR="00CE6A8E" w:rsidRDefault="00000000">
            <w:pPr>
              <w:keepLines/>
              <w:spacing w:after="40"/>
            </w:pPr>
            <w:r>
              <w:rPr>
                <w:b/>
                <w:color w:val="1F7A4D"/>
              </w:rPr>
              <w:t>CONFIRMED FREE/COMMUNITY</w:t>
            </w:r>
          </w:p>
          <w:p w14:paraId="5AC85D1B" w14:textId="77777777" w:rsidR="00CE6A8E" w:rsidRDefault="00000000">
            <w:pPr>
              <w:keepLines/>
              <w:spacing w:after="0"/>
            </w:pPr>
            <w:r>
              <w:t>501(c)(3) community station serving West County. It airs PSAs only for nonprofit organizations. Submit by email or online form with a clear pull date and allow approximately three weeks.</w:t>
            </w:r>
          </w:p>
        </w:tc>
      </w:tr>
    </w:tbl>
    <w:p w14:paraId="0AA27813"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3257289C" w14:textId="77777777">
        <w:trPr>
          <w:cantSplit/>
          <w:jc w:val="center"/>
        </w:trPr>
        <w:tc>
          <w:tcPr>
            <w:tcW w:w="2500" w:type="dxa"/>
            <w:shd w:val="clear" w:color="auto" w:fill="17458F"/>
            <w:tcMar>
              <w:top w:w="105" w:type="dxa"/>
              <w:left w:w="125" w:type="dxa"/>
              <w:bottom w:w="105" w:type="dxa"/>
              <w:right w:w="125" w:type="dxa"/>
            </w:tcMar>
            <w:vAlign w:val="center"/>
          </w:tcPr>
          <w:p w14:paraId="15E51BC4" w14:textId="77777777" w:rsidR="00CE6A8E" w:rsidRDefault="00000000">
            <w:pPr>
              <w:keepNext/>
              <w:keepLines/>
            </w:pPr>
            <w:r>
              <w:rPr>
                <w:b/>
                <w:color w:val="FFFFFF"/>
                <w:sz w:val="18"/>
              </w:rPr>
              <w:t>NAPA VALLEY</w:t>
            </w:r>
          </w:p>
        </w:tc>
        <w:tc>
          <w:tcPr>
            <w:tcW w:w="7687" w:type="dxa"/>
            <w:shd w:val="clear" w:color="auto" w:fill="17458F"/>
            <w:tcMar>
              <w:top w:w="105" w:type="dxa"/>
              <w:left w:w="125" w:type="dxa"/>
              <w:bottom w:w="105" w:type="dxa"/>
              <w:right w:w="125" w:type="dxa"/>
            </w:tcMar>
            <w:vAlign w:val="center"/>
          </w:tcPr>
          <w:p w14:paraId="1166DDC9" w14:textId="77777777" w:rsidR="00CE6A8E" w:rsidRDefault="00000000">
            <w:pPr>
              <w:keepNext/>
              <w:keepLines/>
            </w:pPr>
            <w:r>
              <w:rPr>
                <w:b/>
                <w:color w:val="FFFFFF"/>
              </w:rPr>
              <w:t>KVYN 99.3 The Vine and KVON 1440/96.9</w:t>
            </w:r>
          </w:p>
        </w:tc>
      </w:tr>
      <w:tr w:rsidR="00CE6A8E" w14:paraId="3E33D091" w14:textId="77777777">
        <w:trPr>
          <w:cantSplit/>
          <w:jc w:val="center"/>
        </w:trPr>
        <w:tc>
          <w:tcPr>
            <w:tcW w:w="2500" w:type="dxa"/>
            <w:shd w:val="clear" w:color="auto" w:fill="F3F5F7"/>
            <w:tcMar>
              <w:top w:w="105" w:type="dxa"/>
              <w:left w:w="125" w:type="dxa"/>
              <w:bottom w:w="105" w:type="dxa"/>
              <w:right w:w="125" w:type="dxa"/>
            </w:tcMar>
            <w:vAlign w:val="center"/>
          </w:tcPr>
          <w:p w14:paraId="54BDB22D"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0C694975" w14:textId="77777777" w:rsidR="00CE6A8E" w:rsidRDefault="00000000">
            <w:pPr>
              <w:keepNext/>
              <w:keepLines/>
              <w:spacing w:after="0"/>
            </w:pPr>
            <w:r>
              <w:t>Info@WineDownMedia.com</w:t>
            </w:r>
            <w:r>
              <w:br/>
              <w:t>(707) 258-1111</w:t>
            </w:r>
            <w:r>
              <w:br/>
              <w:t>993thevine.com/psa-request-submission</w:t>
            </w:r>
          </w:p>
        </w:tc>
      </w:tr>
      <w:tr w:rsidR="00CE6A8E" w14:paraId="42C8D55E" w14:textId="77777777">
        <w:trPr>
          <w:cantSplit/>
          <w:jc w:val="center"/>
        </w:trPr>
        <w:tc>
          <w:tcPr>
            <w:tcW w:w="2500" w:type="dxa"/>
            <w:shd w:val="clear" w:color="auto" w:fill="F3F5F7"/>
            <w:tcMar>
              <w:top w:w="105" w:type="dxa"/>
              <w:left w:w="125" w:type="dxa"/>
              <w:bottom w:w="105" w:type="dxa"/>
              <w:right w:w="125" w:type="dxa"/>
            </w:tcMar>
            <w:vAlign w:val="center"/>
          </w:tcPr>
          <w:p w14:paraId="64D513F4"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5D6B6A34" w14:textId="77777777" w:rsidR="00CE6A8E" w:rsidRDefault="00000000">
            <w:pPr>
              <w:keepLines/>
              <w:spacing w:after="40"/>
            </w:pPr>
            <w:r>
              <w:rPr>
                <w:b/>
                <w:color w:val="1F7A4D"/>
              </w:rPr>
              <w:t>CONFIRMED FREE CONSIDERATION</w:t>
            </w:r>
          </w:p>
          <w:p w14:paraId="7CD642AD" w14:textId="77777777" w:rsidR="00CE6A8E" w:rsidRDefault="00000000">
            <w:pPr>
              <w:keepLines/>
              <w:spacing w:after="0"/>
            </w:pPr>
            <w:r>
              <w:t>Commercial stations accepting qualifying goodwill/cause PSAs. Submit at least four weeks ahead; script must be no longer than 26 seconds. No donation solicitation, sponsors, ticket sales or guaranteed placement.</w:t>
            </w:r>
          </w:p>
        </w:tc>
      </w:tr>
    </w:tbl>
    <w:p w14:paraId="2DAE4DFE" w14:textId="77777777" w:rsidR="00CE6A8E" w:rsidRDefault="00000000">
      <w:pPr>
        <w:keepNext/>
        <w:spacing w:after="60"/>
      </w:pPr>
      <w:r>
        <w:rPr>
          <w:color w:val="FFFFFF"/>
          <w:sz w:val="4"/>
        </w:rPr>
        <w:t> </w:t>
      </w:r>
    </w:p>
    <w:tbl>
      <w:tblPr>
        <w:tblW w:w="10187" w:type="dxa"/>
        <w:jc w:val="center"/>
        <w:tblLayout w:type="fixed"/>
        <w:tblLook w:val="04A0" w:firstRow="1" w:lastRow="0" w:firstColumn="1" w:lastColumn="0" w:noHBand="0" w:noVBand="1"/>
      </w:tblPr>
      <w:tblGrid>
        <w:gridCol w:w="2500"/>
        <w:gridCol w:w="7687"/>
      </w:tblGrid>
      <w:tr w:rsidR="00CE6A8E" w14:paraId="0274F06F" w14:textId="77777777">
        <w:trPr>
          <w:cantSplit/>
          <w:jc w:val="center"/>
        </w:trPr>
        <w:tc>
          <w:tcPr>
            <w:tcW w:w="2500" w:type="dxa"/>
            <w:shd w:val="clear" w:color="auto" w:fill="17458F"/>
            <w:tcMar>
              <w:top w:w="105" w:type="dxa"/>
              <w:left w:w="125" w:type="dxa"/>
              <w:bottom w:w="105" w:type="dxa"/>
              <w:right w:w="125" w:type="dxa"/>
            </w:tcMar>
            <w:vAlign w:val="center"/>
          </w:tcPr>
          <w:p w14:paraId="12F2D0C2" w14:textId="77777777" w:rsidR="00CE6A8E" w:rsidRDefault="00000000">
            <w:pPr>
              <w:keepNext/>
              <w:keepLines/>
            </w:pPr>
            <w:r>
              <w:rPr>
                <w:b/>
                <w:color w:val="FFFFFF"/>
                <w:sz w:val="18"/>
              </w:rPr>
              <w:t>NAPA AND SONOMA COUNTIES</w:t>
            </w:r>
          </w:p>
        </w:tc>
        <w:tc>
          <w:tcPr>
            <w:tcW w:w="7687" w:type="dxa"/>
            <w:shd w:val="clear" w:color="auto" w:fill="17458F"/>
            <w:tcMar>
              <w:top w:w="105" w:type="dxa"/>
              <w:left w:w="125" w:type="dxa"/>
              <w:bottom w:w="105" w:type="dxa"/>
              <w:right w:w="125" w:type="dxa"/>
            </w:tcMar>
            <w:vAlign w:val="center"/>
          </w:tcPr>
          <w:p w14:paraId="083F60E5" w14:textId="77777777" w:rsidR="00CE6A8E" w:rsidRDefault="00000000">
            <w:pPr>
              <w:keepNext/>
              <w:keepLines/>
            </w:pPr>
            <w:r>
              <w:rPr>
                <w:b/>
                <w:color w:val="FFFFFF"/>
              </w:rPr>
              <w:t>KBBF 89.1 FM through Napa Valley TV</w:t>
            </w:r>
          </w:p>
        </w:tc>
      </w:tr>
      <w:tr w:rsidR="00CE6A8E" w14:paraId="37D991C7" w14:textId="77777777">
        <w:trPr>
          <w:cantSplit/>
          <w:jc w:val="center"/>
        </w:trPr>
        <w:tc>
          <w:tcPr>
            <w:tcW w:w="2500" w:type="dxa"/>
            <w:shd w:val="clear" w:color="auto" w:fill="F3F5F7"/>
            <w:tcMar>
              <w:top w:w="105" w:type="dxa"/>
              <w:left w:w="125" w:type="dxa"/>
              <w:bottom w:w="105" w:type="dxa"/>
              <w:right w:w="125" w:type="dxa"/>
            </w:tcMar>
            <w:vAlign w:val="center"/>
          </w:tcPr>
          <w:p w14:paraId="5B38917D" w14:textId="77777777" w:rsidR="00CE6A8E" w:rsidRDefault="00000000">
            <w:pPr>
              <w:keepNext/>
              <w:keepLines/>
            </w:pPr>
            <w:r>
              <w:rPr>
                <w:b/>
                <w:color w:val="17458F"/>
              </w:rPr>
              <w:t>CONTACT</w:t>
            </w:r>
          </w:p>
        </w:tc>
        <w:tc>
          <w:tcPr>
            <w:tcW w:w="7687" w:type="dxa"/>
            <w:tcMar>
              <w:top w:w="105" w:type="dxa"/>
              <w:left w:w="125" w:type="dxa"/>
              <w:bottom w:w="105" w:type="dxa"/>
              <w:right w:w="125" w:type="dxa"/>
            </w:tcMar>
            <w:vAlign w:val="center"/>
          </w:tcPr>
          <w:p w14:paraId="243246F9" w14:textId="77777777" w:rsidR="00CE6A8E" w:rsidRDefault="00000000">
            <w:pPr>
              <w:keepNext/>
              <w:keepLines/>
              <w:spacing w:after="0"/>
            </w:pPr>
            <w:r>
              <w:t>Napa Valley TV: napavalleytv.org/npo-schools</w:t>
            </w:r>
            <w:r>
              <w:br/>
              <w:t>KBBF: info@kbbf.org</w:t>
            </w:r>
            <w:r>
              <w:br/>
              <w:t>KBBF office: (707) 545-8833</w:t>
            </w:r>
          </w:p>
        </w:tc>
      </w:tr>
      <w:tr w:rsidR="00CE6A8E" w14:paraId="541707B7" w14:textId="77777777">
        <w:trPr>
          <w:cantSplit/>
          <w:jc w:val="center"/>
        </w:trPr>
        <w:tc>
          <w:tcPr>
            <w:tcW w:w="2500" w:type="dxa"/>
            <w:shd w:val="clear" w:color="auto" w:fill="F3F5F7"/>
            <w:tcMar>
              <w:top w:w="105" w:type="dxa"/>
              <w:left w:w="125" w:type="dxa"/>
              <w:bottom w:w="105" w:type="dxa"/>
              <w:right w:w="125" w:type="dxa"/>
            </w:tcMar>
            <w:vAlign w:val="center"/>
          </w:tcPr>
          <w:p w14:paraId="30BA5889" w14:textId="77777777" w:rsidR="00CE6A8E" w:rsidRDefault="00000000">
            <w:pPr>
              <w:keepLines/>
            </w:pPr>
            <w:r>
              <w:rPr>
                <w:b/>
                <w:color w:val="17458F"/>
              </w:rPr>
              <w:t>PSA STATUS</w:t>
            </w:r>
          </w:p>
        </w:tc>
        <w:tc>
          <w:tcPr>
            <w:tcW w:w="7687" w:type="dxa"/>
            <w:tcMar>
              <w:top w:w="105" w:type="dxa"/>
              <w:left w:w="125" w:type="dxa"/>
              <w:bottom w:w="105" w:type="dxa"/>
              <w:right w:w="125" w:type="dxa"/>
            </w:tcMar>
            <w:vAlign w:val="center"/>
          </w:tcPr>
          <w:p w14:paraId="77E3400E" w14:textId="77777777" w:rsidR="00CE6A8E" w:rsidRDefault="00000000">
            <w:pPr>
              <w:keepLines/>
              <w:spacing w:after="40"/>
            </w:pPr>
            <w:r>
              <w:rPr>
                <w:b/>
                <w:color w:val="1F7A4D"/>
              </w:rPr>
              <w:t>CONFIRMED FREE SERVICE</w:t>
            </w:r>
          </w:p>
          <w:p w14:paraId="641D5371" w14:textId="77777777" w:rsidR="00CE6A8E" w:rsidRDefault="00000000">
            <w:pPr>
              <w:keepLines/>
              <w:spacing w:after="0"/>
            </w:pPr>
            <w:r>
              <w:t>Napa Valley TV offers qualifying Napa County nonprofits a free one-minute video PSA and can arrange an English or Spanish audio PSA through KBBF. Confirm Rotary/District eligibility when booking.</w:t>
            </w:r>
          </w:p>
        </w:tc>
      </w:tr>
    </w:tbl>
    <w:p w14:paraId="128FE661" w14:textId="77777777" w:rsidR="00CE6A8E" w:rsidRDefault="00000000">
      <w:pPr>
        <w:pStyle w:val="Heading1"/>
      </w:pPr>
      <w:r>
        <w:t>5. Sample 30-second district awareness PSA</w:t>
      </w:r>
    </w:p>
    <w:tbl>
      <w:tblPr>
        <w:tblW w:w="10187" w:type="dxa"/>
        <w:jc w:val="center"/>
        <w:tblLayout w:type="fixed"/>
        <w:tblLook w:val="04A0" w:firstRow="1" w:lastRow="0" w:firstColumn="1" w:lastColumn="0" w:noHBand="0" w:noVBand="1"/>
      </w:tblPr>
      <w:tblGrid>
        <w:gridCol w:w="10187"/>
      </w:tblGrid>
      <w:tr w:rsidR="00CE6A8E" w14:paraId="67C1AB88" w14:textId="77777777">
        <w:trPr>
          <w:cantSplit/>
          <w:jc w:val="center"/>
        </w:trPr>
        <w:tc>
          <w:tcPr>
            <w:tcW w:w="10187" w:type="dxa"/>
            <w:shd w:val="clear" w:color="auto" w:fill="FFF7E6"/>
            <w:tcMar>
              <w:top w:w="150" w:type="dxa"/>
              <w:left w:w="180" w:type="dxa"/>
              <w:bottom w:w="150" w:type="dxa"/>
              <w:right w:w="180" w:type="dxa"/>
            </w:tcMar>
          </w:tcPr>
          <w:p w14:paraId="3585C41F" w14:textId="77777777" w:rsidR="00CE6A8E" w:rsidRDefault="00000000">
            <w:pPr>
              <w:keepLines/>
              <w:spacing w:after="0"/>
            </w:pPr>
            <w:r>
              <w:rPr>
                <w:i/>
              </w:rPr>
              <w:t>An Olympic torch is traveling through Northern California with a new purpose - helping Rotary finish the fight against polio. Rotary District 5130’s World Polio Torch Relay begins October 2 in Crescent City and travels through communities across the North Coast and Wine Country before concluding October 24 in Petaluma. Follow the torch, attend a local handoff and learn how Rotary is working to end polio at [DISTRICT WEB ADDRESS].</w:t>
            </w:r>
          </w:p>
        </w:tc>
      </w:tr>
    </w:tbl>
    <w:p w14:paraId="0BDE6B2F" w14:textId="77777777" w:rsidR="00CE6A8E" w:rsidRDefault="00000000">
      <w:pPr>
        <w:spacing w:before="100" w:after="160"/>
      </w:pPr>
      <w:r>
        <w:rPr>
          <w:i/>
          <w:color w:val="667085"/>
        </w:rPr>
        <w:t>Timing note: Read this aloud and edit to the exact station limit. KVYN requests no more than 26 seconds; most other stations request 30 seconds or less.</w:t>
      </w:r>
    </w:p>
    <w:p w14:paraId="6EC29754" w14:textId="77777777" w:rsidR="00CE6A8E" w:rsidRDefault="00000000">
      <w:pPr>
        <w:pStyle w:val="Heading1"/>
      </w:pPr>
      <w:r>
        <w:t>6. Suggested pitch email</w:t>
      </w:r>
    </w:p>
    <w:p w14:paraId="3A3466A1" w14:textId="77777777" w:rsidR="00CE6A8E" w:rsidRDefault="00000000">
      <w:pPr>
        <w:spacing w:after="100"/>
      </w:pPr>
      <w:r>
        <w:rPr>
          <w:b/>
        </w:rPr>
        <w:t xml:space="preserve">Subject: </w:t>
      </w:r>
      <w:r>
        <w:t>PSA/Interview Request - World Polio Torch Relay Coming to [COMMUNITY]</w:t>
      </w:r>
    </w:p>
    <w:p w14:paraId="075204BC" w14:textId="77777777" w:rsidR="00CE6A8E" w:rsidRDefault="00000000">
      <w:r>
        <w:lastRenderedPageBreak/>
        <w:t>Hello [NAME/PSA DIRECTOR],</w:t>
      </w:r>
    </w:p>
    <w:p w14:paraId="708C5664" w14:textId="77777777" w:rsidR="00CE6A8E" w:rsidRDefault="00000000">
      <w:r>
        <w:t>Rotary District 5130 is coordinating a World Polio Torch Relay across Northern California from October 2 through October 24, 2026. The relay begins in Crescent City and concludes in Petaluma on World Polio Day, with local Rotary clubs carrying and passing an authentic Olympic torch through their communities.</w:t>
      </w:r>
    </w:p>
    <w:p w14:paraId="52DB4013" w14:textId="77777777" w:rsidR="00CE6A8E" w:rsidRDefault="00000000">
      <w:r>
        <w:t>Would your station consider airing the attached nonprofit public service announcement or including the local handoff in your community calendar? We would also be pleased to provide a local Rotary representative for a brief on-air interview.</w:t>
      </w:r>
    </w:p>
    <w:p w14:paraId="4035FB95" w14:textId="77777777" w:rsidR="00CE6A8E" w:rsidRDefault="00000000">
      <w:r>
        <w:t>The [COMMUNITY] handoff is scheduled for [DATE, TIME AND LOCATION]. Attached are a ready-to-read script and a one-page fact sheet. Please let me know if you require proof of nonprofit status or a different script length or format.</w:t>
      </w:r>
    </w:p>
    <w:p w14:paraId="7201656F" w14:textId="77777777" w:rsidR="00CE6A8E" w:rsidRDefault="00000000">
      <w:r>
        <w:t>Thank you for helping us share this public-health story with the community.</w:t>
      </w:r>
    </w:p>
    <w:p w14:paraId="3A9D3927" w14:textId="77777777" w:rsidR="00CE6A8E" w:rsidRDefault="00000000">
      <w:r>
        <w:t>Maggie Padovani</w:t>
      </w:r>
      <w:r>
        <w:br/>
        <w:t>District 5130 Public Image Chair</w:t>
      </w:r>
      <w:r>
        <w:br/>
        <w:t>[EMAIL] | [PHONE] | [RELAY WEBPAGE]</w:t>
      </w:r>
    </w:p>
    <w:p w14:paraId="3CA66150" w14:textId="77777777" w:rsidR="00CE6A8E" w:rsidRDefault="00000000">
      <w:pPr>
        <w:pStyle w:val="Heading1"/>
      </w:pPr>
      <w:r>
        <w:t>7. Submission cautions</w:t>
      </w:r>
    </w:p>
    <w:p w14:paraId="55F0133A" w14:textId="77777777" w:rsidR="00CE6A8E" w:rsidRDefault="00000000">
      <w:pPr>
        <w:pStyle w:val="ListBullet"/>
      </w:pPr>
      <w:r>
        <w:t>Do not promise a free broadcast unless the station confirms acceptance. “Submitted for consideration” is the accurate description.</w:t>
      </w:r>
    </w:p>
    <w:p w14:paraId="761E77C0" w14:textId="77777777" w:rsidR="00CE6A8E" w:rsidRDefault="00000000">
      <w:pPr>
        <w:pStyle w:val="ListBullet"/>
      </w:pPr>
      <w:r>
        <w:t>Do not list sponsors or use sales language, superlatives or urgency such as “don’t miss” unless the station permits it.</w:t>
      </w:r>
    </w:p>
    <w:p w14:paraId="09E4FF3C" w14:textId="77777777" w:rsidR="00CE6A8E" w:rsidRDefault="00000000">
      <w:pPr>
        <w:pStyle w:val="ListBullet"/>
      </w:pPr>
      <w:r>
        <w:t>Do not ask for donations in the standard free PSA. Direct listeners to the information webpage, where the fundraising link may be available.</w:t>
      </w:r>
    </w:p>
    <w:p w14:paraId="3120454A" w14:textId="77777777" w:rsidR="00CE6A8E" w:rsidRDefault="00000000">
      <w:pPr>
        <w:pStyle w:val="ListBullet"/>
      </w:pPr>
      <w:r>
        <w:t>Do not send only a flyer. Submit a finished, conversational script with who, what, when, where and why.</w:t>
      </w:r>
    </w:p>
    <w:p w14:paraId="3E0EECF8" w14:textId="77777777" w:rsidR="00CE6A8E" w:rsidRDefault="00000000">
      <w:pPr>
        <w:pStyle w:val="ListBullet"/>
      </w:pPr>
      <w:r>
        <w:t>Use a separate localized submission for each stop; a districtwide PSA alone will not give listeners enough actionable information.</w:t>
      </w:r>
    </w:p>
    <w:p w14:paraId="5DA5ABB3" w14:textId="77777777" w:rsidR="00CE6A8E" w:rsidRDefault="00000000">
      <w:pPr>
        <w:pStyle w:val="Heading1"/>
      </w:pPr>
      <w:r>
        <w:t>8. Verification sources</w:t>
      </w:r>
    </w:p>
    <w:p w14:paraId="37B8E86A" w14:textId="77777777" w:rsidR="00CE6A8E" w:rsidRDefault="00000000">
      <w:pPr>
        <w:pStyle w:val="ListBullet"/>
        <w:spacing w:after="20" w:line="240" w:lineRule="auto"/>
      </w:pPr>
      <w:hyperlink r:id="rId8">
        <w:r>
          <w:rPr>
            <w:color w:val="17458F"/>
            <w:sz w:val="18"/>
            <w:u w:val="single"/>
          </w:rPr>
          <w:t>KFUG Contact and nonprofit information</w:t>
        </w:r>
      </w:hyperlink>
    </w:p>
    <w:p w14:paraId="4BB9040C" w14:textId="77777777" w:rsidR="00CE6A8E" w:rsidRDefault="00000000">
      <w:pPr>
        <w:pStyle w:val="ListBullet"/>
        <w:spacing w:after="20" w:line="240" w:lineRule="auto"/>
      </w:pPr>
      <w:hyperlink r:id="rId9">
        <w:r>
          <w:rPr>
            <w:color w:val="17458F"/>
            <w:sz w:val="18"/>
            <w:u w:val="single"/>
          </w:rPr>
          <w:t>Humboldt State marketing guide - local PSA contacts</w:t>
        </w:r>
      </w:hyperlink>
    </w:p>
    <w:p w14:paraId="13DD1C86" w14:textId="77777777" w:rsidR="00CE6A8E" w:rsidRDefault="00000000">
      <w:pPr>
        <w:pStyle w:val="ListBullet"/>
        <w:spacing w:after="20" w:line="240" w:lineRule="auto"/>
      </w:pPr>
      <w:hyperlink r:id="rId10">
        <w:r>
          <w:rPr>
            <w:color w:val="17458F"/>
            <w:sz w:val="18"/>
            <w:u w:val="single"/>
          </w:rPr>
          <w:t>Lost Coast Communications PSA instructions</w:t>
        </w:r>
      </w:hyperlink>
    </w:p>
    <w:p w14:paraId="249C0431" w14:textId="77777777" w:rsidR="00CE6A8E" w:rsidRDefault="00000000">
      <w:pPr>
        <w:pStyle w:val="ListBullet"/>
        <w:spacing w:after="20" w:line="240" w:lineRule="auto"/>
      </w:pPr>
      <w:hyperlink r:id="rId11">
        <w:r>
          <w:rPr>
            <w:color w:val="17458F"/>
            <w:sz w:val="18"/>
            <w:u w:val="single"/>
          </w:rPr>
          <w:t>KMUD PSA instructions</w:t>
        </w:r>
      </w:hyperlink>
    </w:p>
    <w:p w14:paraId="10599888" w14:textId="77777777" w:rsidR="00CE6A8E" w:rsidRDefault="00000000">
      <w:pPr>
        <w:pStyle w:val="ListBullet"/>
        <w:spacing w:after="20" w:line="240" w:lineRule="auto"/>
      </w:pPr>
      <w:hyperlink r:id="rId12">
        <w:r>
          <w:rPr>
            <w:color w:val="17458F"/>
            <w:sz w:val="18"/>
            <w:u w:val="single"/>
          </w:rPr>
          <w:t>KZYX PSA and Community Calendar submission</w:t>
        </w:r>
      </w:hyperlink>
    </w:p>
    <w:p w14:paraId="583D4CE1" w14:textId="77777777" w:rsidR="00CE6A8E" w:rsidRDefault="00000000">
      <w:pPr>
        <w:pStyle w:val="ListBullet"/>
        <w:spacing w:after="20" w:line="240" w:lineRule="auto"/>
      </w:pPr>
      <w:hyperlink r:id="rId13">
        <w:r>
          <w:rPr>
            <w:color w:val="17458F"/>
            <w:sz w:val="18"/>
            <w:u w:val="single"/>
          </w:rPr>
          <w:t>KZYX contact information</w:t>
        </w:r>
      </w:hyperlink>
    </w:p>
    <w:p w14:paraId="42BB4BC6" w14:textId="77777777" w:rsidR="00CE6A8E" w:rsidRDefault="00000000">
      <w:pPr>
        <w:pStyle w:val="ListBullet"/>
        <w:spacing w:after="20" w:line="240" w:lineRule="auto"/>
      </w:pPr>
      <w:hyperlink r:id="rId14">
        <w:r>
          <w:rPr>
            <w:color w:val="17458F"/>
            <w:sz w:val="18"/>
            <w:u w:val="single"/>
          </w:rPr>
          <w:t>KOZT contact information</w:t>
        </w:r>
      </w:hyperlink>
    </w:p>
    <w:p w14:paraId="2656C452" w14:textId="77777777" w:rsidR="00CE6A8E" w:rsidRDefault="00000000">
      <w:pPr>
        <w:pStyle w:val="ListBullet"/>
        <w:spacing w:after="20" w:line="240" w:lineRule="auto"/>
      </w:pPr>
      <w:hyperlink r:id="rId15">
        <w:r>
          <w:rPr>
            <w:color w:val="17458F"/>
            <w:sz w:val="18"/>
            <w:u w:val="single"/>
          </w:rPr>
          <w:t>KGUA public media information</w:t>
        </w:r>
      </w:hyperlink>
    </w:p>
    <w:p w14:paraId="69B64C03" w14:textId="77777777" w:rsidR="00CE6A8E" w:rsidRDefault="00000000">
      <w:pPr>
        <w:pStyle w:val="ListBullet"/>
        <w:spacing w:after="20" w:line="240" w:lineRule="auto"/>
      </w:pPr>
      <w:hyperlink r:id="rId16">
        <w:r>
          <w:rPr>
            <w:color w:val="17458F"/>
            <w:sz w:val="18"/>
            <w:u w:val="single"/>
          </w:rPr>
          <w:t>KPFZ station information</w:t>
        </w:r>
      </w:hyperlink>
    </w:p>
    <w:p w14:paraId="118F0135" w14:textId="77777777" w:rsidR="00CE6A8E" w:rsidRDefault="00000000">
      <w:pPr>
        <w:pStyle w:val="ListBullet"/>
        <w:spacing w:after="20" w:line="240" w:lineRule="auto"/>
      </w:pPr>
      <w:hyperlink r:id="rId17">
        <w:r>
          <w:rPr>
            <w:color w:val="17458F"/>
            <w:sz w:val="18"/>
            <w:u w:val="single"/>
          </w:rPr>
          <w:t>Northern California Public Media PSA information</w:t>
        </w:r>
      </w:hyperlink>
    </w:p>
    <w:p w14:paraId="362E1A3B" w14:textId="77777777" w:rsidR="00CE6A8E" w:rsidRDefault="00000000">
      <w:pPr>
        <w:pStyle w:val="ListBullet"/>
        <w:spacing w:after="20" w:line="240" w:lineRule="auto"/>
      </w:pPr>
      <w:hyperlink r:id="rId18">
        <w:r>
          <w:rPr>
            <w:color w:val="17458F"/>
            <w:sz w:val="18"/>
            <w:u w:val="single"/>
          </w:rPr>
          <w:t>KSVY Community PSA instructions</w:t>
        </w:r>
      </w:hyperlink>
    </w:p>
    <w:p w14:paraId="21B12A51" w14:textId="77777777" w:rsidR="00CE6A8E" w:rsidRDefault="00000000">
      <w:pPr>
        <w:pStyle w:val="ListBullet"/>
        <w:spacing w:after="20" w:line="240" w:lineRule="auto"/>
      </w:pPr>
      <w:hyperlink r:id="rId19">
        <w:r>
          <w:rPr>
            <w:color w:val="17458F"/>
            <w:sz w:val="18"/>
            <w:u w:val="single"/>
          </w:rPr>
          <w:t>KZST PSA submission page</w:t>
        </w:r>
      </w:hyperlink>
    </w:p>
    <w:p w14:paraId="24B139F2" w14:textId="77777777" w:rsidR="00CE6A8E" w:rsidRDefault="00000000">
      <w:pPr>
        <w:pStyle w:val="ListBullet"/>
        <w:spacing w:after="20" w:line="240" w:lineRule="auto"/>
      </w:pPr>
      <w:hyperlink r:id="rId20">
        <w:r>
          <w:rPr>
            <w:color w:val="17458F"/>
            <w:sz w:val="18"/>
            <w:u w:val="single"/>
          </w:rPr>
          <w:t>Amaturo Sonoma Media Group stations</w:t>
        </w:r>
      </w:hyperlink>
    </w:p>
    <w:p w14:paraId="3E08CE8F" w14:textId="77777777" w:rsidR="00CE6A8E" w:rsidRDefault="00000000">
      <w:pPr>
        <w:pStyle w:val="ListBullet"/>
        <w:spacing w:after="20" w:line="240" w:lineRule="auto"/>
      </w:pPr>
      <w:hyperlink r:id="rId21">
        <w:r>
          <w:rPr>
            <w:color w:val="17458F"/>
            <w:sz w:val="18"/>
            <w:u w:val="single"/>
          </w:rPr>
          <w:t>KRSH Community Corner PSA form</w:t>
        </w:r>
      </w:hyperlink>
    </w:p>
    <w:p w14:paraId="72E90F06" w14:textId="77777777" w:rsidR="00CE6A8E" w:rsidRDefault="00000000">
      <w:pPr>
        <w:pStyle w:val="ListBullet"/>
        <w:spacing w:after="20" w:line="240" w:lineRule="auto"/>
      </w:pPr>
      <w:hyperlink r:id="rId22">
        <w:r>
          <w:rPr>
            <w:color w:val="17458F"/>
            <w:sz w:val="18"/>
            <w:u w:val="single"/>
          </w:rPr>
          <w:t>KOWS PSA instructions</w:t>
        </w:r>
      </w:hyperlink>
    </w:p>
    <w:p w14:paraId="71F25987" w14:textId="77777777" w:rsidR="00CE6A8E" w:rsidRDefault="00000000">
      <w:pPr>
        <w:pStyle w:val="ListBullet"/>
        <w:spacing w:after="20" w:line="240" w:lineRule="auto"/>
      </w:pPr>
      <w:hyperlink r:id="rId23">
        <w:r>
          <w:rPr>
            <w:color w:val="17458F"/>
            <w:sz w:val="18"/>
            <w:u w:val="single"/>
          </w:rPr>
          <w:t>KVYN PSA request policy</w:t>
        </w:r>
      </w:hyperlink>
    </w:p>
    <w:p w14:paraId="79619616" w14:textId="77777777" w:rsidR="00CE6A8E" w:rsidRDefault="00000000">
      <w:pPr>
        <w:pStyle w:val="ListBullet"/>
        <w:spacing w:after="20" w:line="240" w:lineRule="auto"/>
      </w:pPr>
      <w:hyperlink r:id="rId24">
        <w:r>
          <w:rPr>
            <w:color w:val="17458F"/>
            <w:sz w:val="18"/>
            <w:u w:val="single"/>
          </w:rPr>
          <w:t>Napa Valley TV nonprofit PSA services</w:t>
        </w:r>
      </w:hyperlink>
    </w:p>
    <w:p w14:paraId="2FC7C88C" w14:textId="77777777" w:rsidR="00CE6A8E" w:rsidRDefault="00000000">
      <w:pPr>
        <w:pStyle w:val="ListBullet"/>
        <w:spacing w:after="20" w:line="240" w:lineRule="auto"/>
      </w:pPr>
      <w:hyperlink r:id="rId25">
        <w:r>
          <w:rPr>
            <w:color w:val="17458F"/>
            <w:sz w:val="18"/>
            <w:u w:val="single"/>
          </w:rPr>
          <w:t>KBBF contact information</w:t>
        </w:r>
      </w:hyperlink>
    </w:p>
    <w:p w14:paraId="1E6574C2" w14:textId="77777777" w:rsidR="00CE6A8E" w:rsidRDefault="00000000">
      <w:pPr>
        <w:spacing w:before="200" w:after="0"/>
      </w:pPr>
      <w:r>
        <w:rPr>
          <w:i/>
          <w:color w:val="667085"/>
          <w:sz w:val="17"/>
        </w:rPr>
        <w:lastRenderedPageBreak/>
        <w:t>Contact details and station policies were checked August 25, 2026. Stations may change personnel, policies and submission addresses; confirm details before each outreach.</w:t>
      </w:r>
    </w:p>
    <w:sectPr w:rsidR="00CE6A8E" w:rsidSect="00034616">
      <w:headerReference w:type="default" r:id="rId26"/>
      <w:footerReference w:type="default" r:id="rId27"/>
      <w:pgSz w:w="12240" w:h="15840"/>
      <w:pgMar w:top="1008" w:right="1037" w:bottom="1008" w:left="1037"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40D2408" w14:textId="77777777" w:rsidR="005F78CB" w:rsidRDefault="005F78CB">
      <w:pPr>
        <w:spacing w:after="0" w:line="240" w:lineRule="auto"/>
      </w:pPr>
      <w:r>
        <w:separator/>
      </w:r>
    </w:p>
  </w:endnote>
  <w:endnote w:type="continuationSeparator" w:id="0">
    <w:p w14:paraId="11BA9F07" w14:textId="77777777" w:rsidR="005F78CB" w:rsidRDefault="005F7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F6773B" w14:textId="77777777" w:rsidR="00CE6A8E" w:rsidRDefault="00000000">
    <w:pPr>
      <w:pStyle w:val="Footer"/>
      <w:jc w:val="center"/>
    </w:pPr>
    <w:r>
      <w:rPr>
        <w:color w:val="667085"/>
        <w:sz w:val="16"/>
      </w:rPr>
      <w:t xml:space="preserve">Radio PSA Outreach </w:t>
    </w:r>
    <w:proofErr w:type="gramStart"/>
    <w:r>
      <w:rPr>
        <w:color w:val="667085"/>
        <w:sz w:val="16"/>
      </w:rPr>
      <w:t>Plan  |</w:t>
    </w:r>
    <w:proofErr w:type="gramEnd"/>
    <w:r>
      <w:rPr>
        <w:color w:val="667085"/>
        <w:sz w:val="16"/>
      </w:rPr>
      <w:t xml:space="preserve">  Prepared August 25,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86B9FA" w14:textId="77777777" w:rsidR="005F78CB" w:rsidRDefault="005F78CB">
      <w:pPr>
        <w:spacing w:after="0" w:line="240" w:lineRule="auto"/>
      </w:pPr>
      <w:r>
        <w:separator/>
      </w:r>
    </w:p>
  </w:footnote>
  <w:footnote w:type="continuationSeparator" w:id="0">
    <w:p w14:paraId="406F4A9D" w14:textId="77777777" w:rsidR="005F78CB" w:rsidRDefault="005F78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A67E9A" w14:textId="77777777" w:rsidR="00CE6A8E" w:rsidRDefault="00000000">
    <w:pPr>
      <w:pStyle w:val="Header"/>
      <w:jc w:val="right"/>
    </w:pPr>
    <w:r>
      <w:rPr>
        <w:b/>
        <w:color w:val="667085"/>
        <w:sz w:val="16"/>
      </w:rPr>
      <w:t xml:space="preserve">ROTARY DISTRICT </w:t>
    </w:r>
    <w:proofErr w:type="gramStart"/>
    <w:r>
      <w:rPr>
        <w:b/>
        <w:color w:val="667085"/>
        <w:sz w:val="16"/>
      </w:rPr>
      <w:t>5130  |</w:t>
    </w:r>
    <w:proofErr w:type="gramEnd"/>
    <w:r>
      <w:rPr>
        <w:b/>
        <w:color w:val="667085"/>
        <w:sz w:val="16"/>
      </w:rPr>
      <w:t xml:space="preserve">  WORLD POLIO TORCH RELAY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55584247">
    <w:abstractNumId w:val="8"/>
  </w:num>
  <w:num w:numId="2" w16cid:durableId="803932942">
    <w:abstractNumId w:val="6"/>
  </w:num>
  <w:num w:numId="3" w16cid:durableId="490411590">
    <w:abstractNumId w:val="5"/>
  </w:num>
  <w:num w:numId="4" w16cid:durableId="1036273224">
    <w:abstractNumId w:val="4"/>
  </w:num>
  <w:num w:numId="5" w16cid:durableId="23945637">
    <w:abstractNumId w:val="7"/>
  </w:num>
  <w:num w:numId="6" w16cid:durableId="427236209">
    <w:abstractNumId w:val="3"/>
  </w:num>
  <w:num w:numId="7" w16cid:durableId="2013558735">
    <w:abstractNumId w:val="2"/>
  </w:num>
  <w:num w:numId="8" w16cid:durableId="210922423">
    <w:abstractNumId w:val="1"/>
  </w:num>
  <w:num w:numId="9" w16cid:durableId="141199890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A7729"/>
    <w:rsid w:val="005F78CB"/>
    <w:rsid w:val="00710009"/>
    <w:rsid w:val="00AA1D8D"/>
    <w:rsid w:val="00B47730"/>
    <w:rsid w:val="00CB0664"/>
    <w:rsid w:val="00CE6A8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277F99"/>
  <w14:defaultImageDpi w14:val="300"/>
  <w15:docId w15:val="{12A76B82-1335-7441-A9C8-FFCE544B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b/>
      <w:bCs/>
      <w:color w:val="17458F"/>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7458F"/>
      <w:sz w:val="25"/>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b/>
      <w:bCs/>
      <w:color w:val="17458F"/>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kfugradio.org/contact/" TargetMode="External"/><Relationship Id="rId13" Type="http://schemas.openxmlformats.org/officeDocument/2006/relationships/hyperlink" Target="https://www.kzyx.org/contact-us" TargetMode="External"/><Relationship Id="rId18" Type="http://schemas.openxmlformats.org/officeDocument/2006/relationships/hyperlink" Target="https://ksvy.org/community-psa/"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krsh.com/community-corner/" TargetMode="External"/><Relationship Id="rId7" Type="http://schemas.openxmlformats.org/officeDocument/2006/relationships/endnotes" Target="endnotes.xml"/><Relationship Id="rId12" Type="http://schemas.openxmlformats.org/officeDocument/2006/relationships/hyperlink" Target="https://www.kzyx.org/community-calendar/events/create" TargetMode="External"/><Relationship Id="rId17" Type="http://schemas.openxmlformats.org/officeDocument/2006/relationships/hyperlink" Target="https://norcalpublicmedia.org/psa-information-page" TargetMode="External"/><Relationship Id="rId25" Type="http://schemas.openxmlformats.org/officeDocument/2006/relationships/hyperlink" Target="https://kbbf.org/" TargetMode="External"/><Relationship Id="rId2" Type="http://schemas.openxmlformats.org/officeDocument/2006/relationships/numbering" Target="numbering.xml"/><Relationship Id="rId16" Type="http://schemas.openxmlformats.org/officeDocument/2006/relationships/hyperlink" Target="https://kpfz.org/About" TargetMode="External"/><Relationship Id="rId20" Type="http://schemas.openxmlformats.org/officeDocument/2006/relationships/hyperlink" Target="https://www.sonomamediagroup.com/our-station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mud.org/community/public-service-announcement-psa/" TargetMode="External"/><Relationship Id="rId24" Type="http://schemas.openxmlformats.org/officeDocument/2006/relationships/hyperlink" Target="https://napavalleytv.org/npo-schools/" TargetMode="External"/><Relationship Id="rId5" Type="http://schemas.openxmlformats.org/officeDocument/2006/relationships/webSettings" Target="webSettings.xml"/><Relationship Id="rId15" Type="http://schemas.openxmlformats.org/officeDocument/2006/relationships/hyperlink" Target="https://www.kgua.org/" TargetMode="External"/><Relationship Id="rId23" Type="http://schemas.openxmlformats.org/officeDocument/2006/relationships/hyperlink" Target="https://www.993thevine.com/psa-request-submission/" TargetMode="External"/><Relationship Id="rId28" Type="http://schemas.openxmlformats.org/officeDocument/2006/relationships/fontTable" Target="fontTable.xml"/><Relationship Id="rId10" Type="http://schemas.openxmlformats.org/officeDocument/2006/relationships/hyperlink" Target="https://www.lostcoastcommunications.com/psa" TargetMode="External"/><Relationship Id="rId19" Type="http://schemas.openxmlformats.org/officeDocument/2006/relationships/hyperlink" Target="https://www.kzst.com/submit-a-psa/" TargetMode="External"/><Relationship Id="rId4" Type="http://schemas.openxmlformats.org/officeDocument/2006/relationships/settings" Target="settings.xml"/><Relationship Id="rId9" Type="http://schemas.openxmlformats.org/officeDocument/2006/relationships/hyperlink" Target="https://www.humboldt.edu/marketing-communications/word-out-marketing-guide" TargetMode="External"/><Relationship Id="rId14" Type="http://schemas.openxmlformats.org/officeDocument/2006/relationships/hyperlink" Target="https://kozt.com/contact/" TargetMode="External"/><Relationship Id="rId22" Type="http://schemas.openxmlformats.org/officeDocument/2006/relationships/hyperlink" Target="https://kows92-5.org/2018/12/29/psa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1966</Words>
  <Characters>11758</Characters>
  <Application>Microsoft Office Word</Application>
  <DocSecurity>0</DocSecurity>
  <Lines>345</Lines>
  <Paragraphs>232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Polio Torch Relay Radio PSA Outreach Plan and Station Contact Guide</dc:title>
  <dc:subject>Rotary District 5130 radio PSA plan for October 2-24, 2026</dc:subject>
  <dc:creator>Rotary District 5130</dc:creator>
  <cp:keywords/>
  <dc:description>generated by python-docx</dc:description>
  <cp:lastModifiedBy>Marguerite Padovani</cp:lastModifiedBy>
  <cp:revision>2</cp:revision>
  <dcterms:created xsi:type="dcterms:W3CDTF">2026-08-25T17:01:00Z</dcterms:created>
  <dcterms:modified xsi:type="dcterms:W3CDTF">2026-08-25T17:01:00Z</dcterms:modified>
  <cp:category/>
</cp:coreProperties>
</file>